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A3291" w14:textId="77777777" w:rsidR="00B3526F" w:rsidRDefault="00B3526F" w:rsidP="00B352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62D84B" w14:textId="77777777" w:rsidR="00C40813" w:rsidRDefault="00B26870" w:rsidP="00B352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510">
        <w:rPr>
          <w:rFonts w:ascii="Times New Roman" w:hAnsi="Times New Roman" w:cs="Times New Roman"/>
          <w:b/>
          <w:sz w:val="28"/>
          <w:szCs w:val="28"/>
        </w:rPr>
        <w:t xml:space="preserve">PHIẾU ĐĂNG KÝ THAM GIA </w:t>
      </w:r>
    </w:p>
    <w:p w14:paraId="2C107337" w14:textId="77777777" w:rsidR="00EA4510" w:rsidRPr="00B26870" w:rsidRDefault="00B26870" w:rsidP="00B352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6870">
        <w:rPr>
          <w:rFonts w:ascii="Times New Roman" w:hAnsi="Times New Roman" w:cs="Times New Roman"/>
          <w:b/>
          <w:sz w:val="28"/>
          <w:szCs w:val="28"/>
        </w:rPr>
        <w:t xml:space="preserve">Chương trình Giao lưu Văn hóa - Thương mại Việt Nam - Nhật Bản </w:t>
      </w:r>
    </w:p>
    <w:p w14:paraId="0E20C0C7" w14:textId="77777777" w:rsidR="00372AA1" w:rsidRPr="00B26870" w:rsidRDefault="00B26870" w:rsidP="00B352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6870">
        <w:rPr>
          <w:rFonts w:ascii="Times New Roman" w:hAnsi="Times New Roman" w:cs="Times New Roman"/>
          <w:b/>
          <w:sz w:val="28"/>
          <w:szCs w:val="28"/>
        </w:rPr>
        <w:t>tại thành phố Cần Thơ năm 2026</w:t>
      </w:r>
    </w:p>
    <w:p w14:paraId="199043D3" w14:textId="77777777" w:rsidR="00372AA1" w:rsidRDefault="00B26870" w:rsidP="00B3526F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FF442D">
        <w:rPr>
          <w:rFonts w:ascii="Times New Roman" w:hAnsi="Times New Roman" w:cs="Times New Roman"/>
          <w:i/>
          <w:sz w:val="26"/>
          <w:szCs w:val="26"/>
        </w:rPr>
        <w:t>(</w:t>
      </w:r>
      <w:r w:rsidR="00EA4510" w:rsidRPr="00FF442D">
        <w:rPr>
          <w:rFonts w:ascii="Times New Roman" w:hAnsi="Times New Roman" w:cs="Times New Roman"/>
          <w:i/>
          <w:sz w:val="26"/>
          <w:szCs w:val="26"/>
        </w:rPr>
        <w:t>Ngày</w:t>
      </w:r>
      <w:r w:rsidRPr="00FF442D">
        <w:rPr>
          <w:rFonts w:ascii="Times New Roman" w:hAnsi="Times New Roman" w:cs="Times New Roman"/>
          <w:i/>
          <w:sz w:val="26"/>
          <w:szCs w:val="26"/>
        </w:rPr>
        <w:t xml:space="preserve"> 11</w:t>
      </w:r>
      <w:r>
        <w:rPr>
          <w:rFonts w:ascii="Times New Roman" w:hAnsi="Times New Roman" w:cs="Times New Roman"/>
          <w:i/>
          <w:sz w:val="26"/>
          <w:szCs w:val="26"/>
        </w:rPr>
        <w:t>-</w:t>
      </w:r>
      <w:r w:rsidRPr="00FF442D">
        <w:rPr>
          <w:rFonts w:ascii="Times New Roman" w:hAnsi="Times New Roman" w:cs="Times New Roman"/>
          <w:i/>
          <w:sz w:val="26"/>
          <w:szCs w:val="26"/>
        </w:rPr>
        <w:t>13/9/2026 tại Công viên Lưu Hữu Phước, TP. Cần Thơ)</w:t>
      </w:r>
    </w:p>
    <w:p w14:paraId="4E86AB9A" w14:textId="77777777" w:rsidR="00FF442D" w:rsidRDefault="00FF442D" w:rsidP="00B3526F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</w:p>
    <w:p w14:paraId="1F720465" w14:textId="77777777" w:rsidR="00372AA1" w:rsidRPr="00FA40E5" w:rsidRDefault="00B26870" w:rsidP="00101FC0">
      <w:pPr>
        <w:spacing w:after="0" w:line="269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A40E5">
        <w:rPr>
          <w:rFonts w:ascii="Times New Roman" w:hAnsi="Times New Roman" w:cs="Times New Roman"/>
          <w:b/>
          <w:sz w:val="26"/>
          <w:szCs w:val="26"/>
        </w:rPr>
        <w:t xml:space="preserve">I. THÔNG TIN </w:t>
      </w:r>
      <w:r w:rsidR="00FF442D" w:rsidRPr="00FA40E5">
        <w:rPr>
          <w:rFonts w:ascii="Times New Roman" w:hAnsi="Times New Roman" w:cs="Times New Roman"/>
          <w:b/>
          <w:sz w:val="26"/>
          <w:szCs w:val="26"/>
        </w:rPr>
        <w:t>ĐƠN VỊ/DOANH NGHIỆP</w:t>
      </w:r>
    </w:p>
    <w:p w14:paraId="741F5B2C" w14:textId="77777777" w:rsidR="00372AA1" w:rsidRPr="00101FC0" w:rsidRDefault="00B26870" w:rsidP="00101FC0">
      <w:pPr>
        <w:spacing w:after="0" w:line="269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FA40E5">
        <w:rPr>
          <w:rFonts w:ascii="Times New Roman" w:hAnsi="Times New Roman" w:cs="Times New Roman"/>
          <w:sz w:val="26"/>
          <w:szCs w:val="26"/>
        </w:rPr>
        <w:t xml:space="preserve">Tên đơn vị/doanh nghiệp: </w:t>
      </w:r>
      <w:r w:rsidR="00EA4510" w:rsidRPr="00FA40E5">
        <w:rPr>
          <w:rFonts w:ascii="Times New Roman" w:hAnsi="Times New Roman" w:cs="Times New Roman"/>
          <w:sz w:val="26"/>
          <w:szCs w:val="26"/>
        </w:rPr>
        <w:t>...........................................................</w:t>
      </w:r>
      <w:r w:rsidR="00FF442D" w:rsidRPr="00FA40E5">
        <w:rPr>
          <w:rFonts w:ascii="Times New Roman" w:hAnsi="Times New Roman" w:cs="Times New Roman"/>
          <w:sz w:val="26"/>
          <w:szCs w:val="26"/>
        </w:rPr>
        <w:t>...................................................</w:t>
      </w:r>
      <w:r w:rsidR="00101FC0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14:paraId="71F9A7EF" w14:textId="77777777" w:rsidR="00372AA1" w:rsidRPr="00101FC0" w:rsidRDefault="00B26870" w:rsidP="00101FC0">
      <w:pPr>
        <w:spacing w:after="0" w:line="269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C068DF">
        <w:rPr>
          <w:rFonts w:ascii="Times New Roman" w:hAnsi="Times New Roman" w:cs="Times New Roman"/>
          <w:sz w:val="26"/>
          <w:szCs w:val="26"/>
          <w:lang w:val="vi-VN"/>
        </w:rPr>
        <w:t>Địa chỉ: ........................................................................................</w:t>
      </w:r>
      <w:r w:rsidR="00FF442D" w:rsidRPr="00C068DF"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</w:t>
      </w:r>
      <w:r w:rsidR="00101FC0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14:paraId="11AC6CE5" w14:textId="77777777" w:rsidR="00372AA1" w:rsidRPr="00101FC0" w:rsidRDefault="00B26870" w:rsidP="00101FC0">
      <w:pPr>
        <w:spacing w:after="0" w:line="269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C068DF">
        <w:rPr>
          <w:rFonts w:ascii="Times New Roman" w:hAnsi="Times New Roman" w:cs="Times New Roman"/>
          <w:sz w:val="26"/>
          <w:szCs w:val="26"/>
          <w:lang w:val="vi-VN"/>
        </w:rPr>
        <w:t xml:space="preserve">Người đại diện: .................................. </w:t>
      </w:r>
      <w:r w:rsidRPr="00FA40E5">
        <w:rPr>
          <w:rFonts w:ascii="Times New Roman" w:hAnsi="Times New Roman" w:cs="Times New Roman"/>
          <w:sz w:val="26"/>
          <w:szCs w:val="26"/>
        </w:rPr>
        <w:t xml:space="preserve">Chức vụ: </w:t>
      </w:r>
      <w:r w:rsidR="00FF442D" w:rsidRPr="00FA40E5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</w:t>
      </w:r>
      <w:r w:rsidR="00101FC0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14:paraId="1EDA446A" w14:textId="77777777" w:rsidR="00372AA1" w:rsidRPr="00101FC0" w:rsidRDefault="00B26870" w:rsidP="00101FC0">
      <w:pPr>
        <w:spacing w:after="0" w:line="269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FA40E5">
        <w:rPr>
          <w:rFonts w:ascii="Times New Roman" w:hAnsi="Times New Roman" w:cs="Times New Roman"/>
          <w:sz w:val="26"/>
          <w:szCs w:val="26"/>
        </w:rPr>
        <w:t>Điện thoại: .................................... Email:</w:t>
      </w:r>
      <w:r w:rsidR="00FF442D" w:rsidRPr="00FA40E5">
        <w:rPr>
          <w:rFonts w:ascii="Times New Roman" w:hAnsi="Times New Roman" w:cs="Times New Roman"/>
          <w:sz w:val="26"/>
          <w:szCs w:val="26"/>
        </w:rPr>
        <w:t xml:space="preserve"> .....................................................................................</w:t>
      </w:r>
      <w:r w:rsidR="00101FC0">
        <w:rPr>
          <w:rFonts w:ascii="Times New Roman" w:hAnsi="Times New Roman" w:cs="Times New Roman"/>
          <w:sz w:val="26"/>
          <w:szCs w:val="26"/>
          <w:lang w:val="vi-VN"/>
        </w:rPr>
        <w:t>..</w:t>
      </w:r>
    </w:p>
    <w:p w14:paraId="367F6B54" w14:textId="77777777" w:rsidR="00372AA1" w:rsidRPr="00101FC0" w:rsidRDefault="00B26870" w:rsidP="00101FC0">
      <w:pPr>
        <w:spacing w:after="0" w:line="269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FA40E5">
        <w:rPr>
          <w:rFonts w:ascii="Times New Roman" w:hAnsi="Times New Roman" w:cs="Times New Roman"/>
          <w:sz w:val="26"/>
          <w:szCs w:val="26"/>
        </w:rPr>
        <w:t>Website/Fanpage (nếu có): ........................................................</w:t>
      </w:r>
      <w:r w:rsidR="00FF442D" w:rsidRPr="00FA40E5">
        <w:rPr>
          <w:rFonts w:ascii="Times New Roman" w:hAnsi="Times New Roman" w:cs="Times New Roman"/>
          <w:sz w:val="26"/>
          <w:szCs w:val="26"/>
        </w:rPr>
        <w:t>.....................................................</w:t>
      </w:r>
      <w:r w:rsidR="00101FC0">
        <w:rPr>
          <w:rFonts w:ascii="Times New Roman" w:hAnsi="Times New Roman" w:cs="Times New Roman"/>
          <w:sz w:val="26"/>
          <w:szCs w:val="26"/>
          <w:lang w:val="vi-VN"/>
        </w:rPr>
        <w:t>..</w:t>
      </w:r>
    </w:p>
    <w:p w14:paraId="514540AB" w14:textId="77777777" w:rsidR="00372AA1" w:rsidRPr="00FA40E5" w:rsidRDefault="00B26870" w:rsidP="00101FC0">
      <w:pPr>
        <w:spacing w:after="0" w:line="269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A40E5">
        <w:rPr>
          <w:rFonts w:ascii="Times New Roman" w:hAnsi="Times New Roman" w:cs="Times New Roman"/>
          <w:b/>
          <w:sz w:val="26"/>
          <w:szCs w:val="26"/>
        </w:rPr>
        <w:t>II. ĐĂNG KÝ GIAN HÀNG</w:t>
      </w:r>
    </w:p>
    <w:p w14:paraId="68CEC113" w14:textId="77777777" w:rsidR="00EA4510" w:rsidRPr="00101FC0" w:rsidRDefault="00EA4510" w:rsidP="00101FC0">
      <w:pPr>
        <w:spacing w:after="0" w:line="269" w:lineRule="auto"/>
        <w:ind w:right="426"/>
        <w:jc w:val="both"/>
        <w:rPr>
          <w:rFonts w:ascii="Times New Roman" w:hAnsi="Times New Roman" w:cs="Times New Roman"/>
          <w:spacing w:val="-10"/>
          <w:sz w:val="26"/>
          <w:szCs w:val="26"/>
          <w:lang w:val="vi-VN"/>
        </w:rPr>
      </w:pPr>
      <w:r w:rsidRPr="00A133EB">
        <w:rPr>
          <w:rFonts w:ascii="Segoe UI Symbol" w:hAnsi="Segoe UI Symbol" w:cs="Segoe UI Symbol"/>
          <w:spacing w:val="-10"/>
          <w:sz w:val="26"/>
          <w:szCs w:val="26"/>
        </w:rPr>
        <w:t>☐</w:t>
      </w:r>
      <w:r w:rsidRPr="00A133EB">
        <w:rPr>
          <w:rFonts w:ascii="Times New Roman" w:hAnsi="Times New Roman" w:cs="Times New Roman"/>
          <w:spacing w:val="-10"/>
          <w:sz w:val="26"/>
          <w:szCs w:val="26"/>
        </w:rPr>
        <w:t xml:space="preserve"> Nông sản, thực phẩm </w:t>
      </w:r>
      <w:r w:rsidRPr="00A133EB">
        <w:rPr>
          <w:rFonts w:ascii="Segoe UI Symbol" w:hAnsi="Segoe UI Symbol" w:cs="Segoe UI Symbol"/>
          <w:spacing w:val="-10"/>
          <w:sz w:val="26"/>
          <w:szCs w:val="26"/>
        </w:rPr>
        <w:t>☐</w:t>
      </w:r>
      <w:r w:rsidRPr="00A133EB">
        <w:rPr>
          <w:rFonts w:ascii="Times New Roman" w:hAnsi="Times New Roman" w:cs="Times New Roman"/>
          <w:spacing w:val="-10"/>
          <w:sz w:val="26"/>
          <w:szCs w:val="26"/>
        </w:rPr>
        <w:t xml:space="preserve"> OCOP </w:t>
      </w:r>
      <w:r w:rsidRPr="00A133EB">
        <w:rPr>
          <w:rFonts w:ascii="Segoe UI Symbol" w:hAnsi="Segoe UI Symbol" w:cs="Segoe UI Symbol"/>
          <w:spacing w:val="-10"/>
          <w:sz w:val="26"/>
          <w:szCs w:val="26"/>
        </w:rPr>
        <w:t>☐</w:t>
      </w:r>
      <w:r w:rsidRPr="00A133EB">
        <w:rPr>
          <w:rFonts w:ascii="Times New Roman" w:hAnsi="Times New Roman" w:cs="Times New Roman"/>
          <w:spacing w:val="-10"/>
          <w:sz w:val="26"/>
          <w:szCs w:val="26"/>
        </w:rPr>
        <w:t xml:space="preserve"> Thủ công mỹ nghệ </w:t>
      </w:r>
      <w:r w:rsidRPr="00A133EB">
        <w:rPr>
          <w:rFonts w:ascii="Segoe UI Symbol" w:hAnsi="Segoe UI Symbol" w:cs="Segoe UI Symbol"/>
          <w:spacing w:val="-10"/>
          <w:sz w:val="26"/>
          <w:szCs w:val="26"/>
        </w:rPr>
        <w:t>☐</w:t>
      </w:r>
      <w:r w:rsidRPr="00A133EB">
        <w:rPr>
          <w:rFonts w:ascii="Times New Roman" w:hAnsi="Times New Roman" w:cs="Times New Roman"/>
          <w:spacing w:val="-10"/>
          <w:sz w:val="26"/>
          <w:szCs w:val="26"/>
        </w:rPr>
        <w:t xml:space="preserve"> Du lịch </w:t>
      </w:r>
      <w:r w:rsidRPr="00A133EB">
        <w:rPr>
          <w:rFonts w:ascii="Segoe UI Symbol" w:hAnsi="Segoe UI Symbol" w:cs="Segoe UI Symbol"/>
          <w:spacing w:val="-10"/>
          <w:sz w:val="26"/>
          <w:szCs w:val="26"/>
        </w:rPr>
        <w:t>☐</w:t>
      </w:r>
      <w:r w:rsidRPr="00A133EB">
        <w:rPr>
          <w:rFonts w:ascii="Times New Roman" w:hAnsi="Times New Roman" w:cs="Times New Roman"/>
          <w:spacing w:val="-10"/>
          <w:sz w:val="26"/>
          <w:szCs w:val="26"/>
        </w:rPr>
        <w:t xml:space="preserve"> Giáo dục – Đào tạo </w:t>
      </w:r>
      <w:r w:rsidRPr="00A133EB">
        <w:rPr>
          <w:rFonts w:ascii="Segoe UI Symbol" w:hAnsi="Segoe UI Symbol" w:cs="Segoe UI Symbol"/>
          <w:spacing w:val="-10"/>
          <w:sz w:val="26"/>
          <w:szCs w:val="26"/>
        </w:rPr>
        <w:t>☐</w:t>
      </w:r>
      <w:r w:rsidRPr="00A133EB">
        <w:rPr>
          <w:rFonts w:ascii="Times New Roman" w:hAnsi="Times New Roman" w:cs="Times New Roman"/>
          <w:spacing w:val="-10"/>
          <w:sz w:val="26"/>
          <w:szCs w:val="26"/>
        </w:rPr>
        <w:t xml:space="preserve"> Công nghiệp – Thương mại </w:t>
      </w:r>
      <w:r w:rsidRPr="00A133EB">
        <w:rPr>
          <w:rFonts w:ascii="Segoe UI Symbol" w:hAnsi="Segoe UI Symbol" w:cs="Segoe UI Symbol"/>
          <w:spacing w:val="-10"/>
          <w:sz w:val="26"/>
          <w:szCs w:val="26"/>
        </w:rPr>
        <w:t>☐</w:t>
      </w:r>
      <w:r w:rsidRPr="00A133EB">
        <w:rPr>
          <w:rFonts w:ascii="Times New Roman" w:hAnsi="Times New Roman" w:cs="Times New Roman"/>
          <w:spacing w:val="-10"/>
          <w:sz w:val="26"/>
          <w:szCs w:val="26"/>
        </w:rPr>
        <w:t xml:space="preserve"> Văn hóa </w:t>
      </w:r>
      <w:r w:rsidR="00A133EB" w:rsidRPr="00A133EB">
        <w:rPr>
          <w:rFonts w:ascii="Times New Roman" w:hAnsi="Times New Roman" w:cs="Times New Roman"/>
          <w:spacing w:val="-10"/>
          <w:sz w:val="26"/>
          <w:szCs w:val="26"/>
        </w:rPr>
        <w:t>-</w:t>
      </w:r>
      <w:r w:rsidRPr="00A133EB">
        <w:rPr>
          <w:rFonts w:ascii="Times New Roman" w:hAnsi="Times New Roman" w:cs="Times New Roman"/>
          <w:spacing w:val="-10"/>
          <w:sz w:val="26"/>
          <w:szCs w:val="26"/>
        </w:rPr>
        <w:t xml:space="preserve"> Nghệ thuật </w:t>
      </w:r>
      <w:r w:rsidRPr="00A133EB">
        <w:rPr>
          <w:rFonts w:ascii="Segoe UI Symbol" w:hAnsi="Segoe UI Symbol" w:cs="Segoe UI Symbol"/>
          <w:spacing w:val="-10"/>
          <w:sz w:val="26"/>
          <w:szCs w:val="26"/>
        </w:rPr>
        <w:t>☐</w:t>
      </w:r>
      <w:r w:rsidRPr="00A133EB">
        <w:rPr>
          <w:rFonts w:ascii="Times New Roman" w:hAnsi="Times New Roman" w:cs="Times New Roman"/>
          <w:spacing w:val="-10"/>
          <w:sz w:val="26"/>
          <w:szCs w:val="26"/>
        </w:rPr>
        <w:t xml:space="preserve"> Sản phẩm công nghiệp, hàng tiêu dùng </w:t>
      </w:r>
      <w:r w:rsidRPr="00A133EB">
        <w:rPr>
          <w:rFonts w:ascii="Segoe UI Symbol" w:hAnsi="Segoe UI Symbol" w:cs="Segoe UI Symbol"/>
          <w:spacing w:val="-10"/>
          <w:sz w:val="26"/>
          <w:szCs w:val="26"/>
        </w:rPr>
        <w:t>☐</w:t>
      </w:r>
      <w:r w:rsidRPr="00A133EB">
        <w:rPr>
          <w:rFonts w:ascii="Times New Roman" w:hAnsi="Times New Roman" w:cs="Times New Roman"/>
          <w:spacing w:val="-10"/>
          <w:sz w:val="26"/>
          <w:szCs w:val="26"/>
        </w:rPr>
        <w:t xml:space="preserve"> Dịch vụ </w:t>
      </w:r>
      <w:r w:rsidR="004E3DC1" w:rsidRPr="00A133EB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A133EB">
        <w:rPr>
          <w:rFonts w:ascii="Segoe UI Symbol" w:hAnsi="Segoe UI Symbol" w:cs="Segoe UI Symbol"/>
          <w:spacing w:val="-10"/>
          <w:sz w:val="26"/>
          <w:szCs w:val="26"/>
        </w:rPr>
        <w:t>☐</w:t>
      </w:r>
      <w:r w:rsidR="00F70417">
        <w:rPr>
          <w:rFonts w:ascii="Times New Roman" w:hAnsi="Times New Roman" w:cs="Times New Roman"/>
          <w:spacing w:val="-10"/>
          <w:sz w:val="26"/>
          <w:szCs w:val="26"/>
        </w:rPr>
        <w:t xml:space="preserve"> Khác:</w:t>
      </w:r>
      <w:r w:rsidR="00101FC0">
        <w:rPr>
          <w:rFonts w:ascii="Times New Roman" w:hAnsi="Times New Roman" w:cs="Times New Roman"/>
          <w:spacing w:val="-10"/>
          <w:sz w:val="26"/>
          <w:szCs w:val="26"/>
        </w:rPr>
        <w:t>…</w:t>
      </w:r>
      <w:r w:rsidR="00101FC0">
        <w:rPr>
          <w:rFonts w:ascii="Times New Roman" w:hAnsi="Times New Roman" w:cs="Times New Roman"/>
          <w:spacing w:val="-10"/>
          <w:sz w:val="26"/>
          <w:szCs w:val="26"/>
          <w:lang w:val="vi-VN"/>
        </w:rPr>
        <w:t>..</w:t>
      </w:r>
    </w:p>
    <w:p w14:paraId="5ED1F7C0" w14:textId="77777777" w:rsidR="00372AA1" w:rsidRPr="00101FC0" w:rsidRDefault="00B26870" w:rsidP="00101FC0">
      <w:pPr>
        <w:spacing w:after="0" w:line="269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C068DF">
        <w:rPr>
          <w:rFonts w:ascii="Times New Roman" w:hAnsi="Times New Roman" w:cs="Times New Roman"/>
          <w:sz w:val="26"/>
          <w:szCs w:val="26"/>
          <w:lang w:val="vi-VN"/>
        </w:rPr>
        <w:t>Sản phẩm/dịch vụ</w:t>
      </w:r>
      <w:r w:rsidR="00FF442D" w:rsidRPr="00C068DF">
        <w:rPr>
          <w:rFonts w:ascii="Times New Roman" w:hAnsi="Times New Roman" w:cs="Times New Roman"/>
          <w:sz w:val="26"/>
          <w:szCs w:val="26"/>
          <w:lang w:val="vi-VN"/>
        </w:rPr>
        <w:t xml:space="preserve"> trưng bày: .........................................................................................................</w:t>
      </w:r>
      <w:r w:rsidR="00101FC0">
        <w:rPr>
          <w:rFonts w:ascii="Times New Roman" w:hAnsi="Times New Roman" w:cs="Times New Roman"/>
          <w:sz w:val="26"/>
          <w:szCs w:val="26"/>
          <w:lang w:val="vi-VN"/>
        </w:rPr>
        <w:t>....</w:t>
      </w:r>
    </w:p>
    <w:p w14:paraId="381A78A3" w14:textId="77777777" w:rsidR="00372AA1" w:rsidRPr="00C068DF" w:rsidRDefault="00B26870" w:rsidP="00101FC0">
      <w:pPr>
        <w:spacing w:after="0" w:line="269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C068DF">
        <w:rPr>
          <w:rFonts w:ascii="Times New Roman" w:hAnsi="Times New Roman" w:cs="Times New Roman"/>
          <w:sz w:val="26"/>
          <w:szCs w:val="26"/>
          <w:lang w:val="vi-VN"/>
        </w:rPr>
        <w:t xml:space="preserve">Loại gian hàng: </w:t>
      </w:r>
      <w:r w:rsidRPr="00C068DF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Pr="00C068DF">
        <w:rPr>
          <w:rFonts w:ascii="Times New Roman" w:hAnsi="Times New Roman" w:cs="Times New Roman"/>
          <w:sz w:val="26"/>
          <w:szCs w:val="26"/>
          <w:lang w:val="vi-VN"/>
        </w:rPr>
        <w:t xml:space="preserve"> Tiêu chuẩn</w:t>
      </w:r>
      <w:r w:rsidR="00FF442D" w:rsidRPr="00C068DF">
        <w:rPr>
          <w:rFonts w:ascii="Times New Roman" w:hAnsi="Times New Roman" w:cs="Times New Roman"/>
          <w:sz w:val="26"/>
          <w:szCs w:val="26"/>
          <w:lang w:val="vi-VN"/>
        </w:rPr>
        <w:t xml:space="preserve"> (3x3x2.5m) </w:t>
      </w:r>
      <w:r w:rsidRPr="00C068DF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C068DF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Pr="00C068DF">
        <w:rPr>
          <w:rFonts w:ascii="Times New Roman" w:hAnsi="Times New Roman" w:cs="Times New Roman"/>
          <w:sz w:val="26"/>
          <w:szCs w:val="26"/>
          <w:lang w:val="vi-VN"/>
        </w:rPr>
        <w:t xml:space="preserve"> Đặc biệt </w:t>
      </w:r>
      <w:r w:rsidR="00FA40E5" w:rsidRPr="00C068DF">
        <w:rPr>
          <w:rFonts w:ascii="Times New Roman" w:hAnsi="Times New Roman" w:cs="Times New Roman"/>
          <w:sz w:val="26"/>
          <w:szCs w:val="26"/>
          <w:lang w:val="vi-VN"/>
        </w:rPr>
        <w:t>..........................</w:t>
      </w:r>
      <w:r w:rsidRPr="00C068DF">
        <w:rPr>
          <w:rFonts w:ascii="Times New Roman" w:hAnsi="Times New Roman" w:cs="Times New Roman"/>
          <w:sz w:val="26"/>
          <w:szCs w:val="26"/>
          <w:lang w:val="vi-VN"/>
        </w:rPr>
        <w:t>Số lượng: ...</w:t>
      </w:r>
      <w:r w:rsidR="009D3042" w:rsidRPr="00C068DF">
        <w:rPr>
          <w:rFonts w:ascii="Times New Roman" w:hAnsi="Times New Roman" w:cs="Times New Roman"/>
          <w:sz w:val="26"/>
          <w:szCs w:val="26"/>
          <w:lang w:val="vi-VN"/>
        </w:rPr>
        <w:t>..</w:t>
      </w:r>
      <w:r w:rsidRPr="00C068DF">
        <w:rPr>
          <w:rFonts w:ascii="Times New Roman" w:hAnsi="Times New Roman" w:cs="Times New Roman"/>
          <w:sz w:val="26"/>
          <w:szCs w:val="26"/>
          <w:lang w:val="vi-VN"/>
        </w:rPr>
        <w:t xml:space="preserve"> gian hàng</w:t>
      </w:r>
    </w:p>
    <w:p w14:paraId="6A92D0AA" w14:textId="77777777" w:rsidR="00372AA1" w:rsidRPr="00101FC0" w:rsidRDefault="00B26870" w:rsidP="00101FC0">
      <w:pPr>
        <w:tabs>
          <w:tab w:val="left" w:pos="10065"/>
        </w:tabs>
        <w:spacing w:after="0" w:line="269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C068DF">
        <w:rPr>
          <w:rFonts w:ascii="Times New Roman" w:hAnsi="Times New Roman" w:cs="Times New Roman"/>
          <w:sz w:val="26"/>
          <w:szCs w:val="26"/>
          <w:lang w:val="vi-VN"/>
        </w:rPr>
        <w:t xml:space="preserve">Nhu cầu hỗ trợ: </w:t>
      </w:r>
      <w:r w:rsidRPr="00C068DF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Pr="00C068DF">
        <w:rPr>
          <w:rFonts w:ascii="Times New Roman" w:hAnsi="Times New Roman" w:cs="Times New Roman"/>
          <w:sz w:val="26"/>
          <w:szCs w:val="26"/>
          <w:lang w:val="vi-VN"/>
        </w:rPr>
        <w:t xml:space="preserve"> Điện </w:t>
      </w:r>
      <w:r w:rsidRPr="00C068DF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Pr="00C068DF">
        <w:rPr>
          <w:rFonts w:ascii="Times New Roman" w:hAnsi="Times New Roman" w:cs="Times New Roman"/>
          <w:sz w:val="26"/>
          <w:szCs w:val="26"/>
          <w:lang w:val="vi-VN"/>
        </w:rPr>
        <w:t xml:space="preserve"> Trình chiếu </w:t>
      </w:r>
      <w:r w:rsidRPr="00C068DF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Pr="00C068DF">
        <w:rPr>
          <w:rFonts w:ascii="Times New Roman" w:hAnsi="Times New Roman" w:cs="Times New Roman"/>
          <w:sz w:val="26"/>
          <w:szCs w:val="26"/>
          <w:lang w:val="vi-VN"/>
        </w:rPr>
        <w:t xml:space="preserve"> Biểu diễn </w:t>
      </w:r>
      <w:r w:rsidRPr="00C068DF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="00101FC0" w:rsidRPr="00C068DF">
        <w:rPr>
          <w:rFonts w:ascii="Times New Roman" w:hAnsi="Times New Roman" w:cs="Times New Roman"/>
          <w:sz w:val="26"/>
          <w:szCs w:val="26"/>
          <w:lang w:val="vi-VN"/>
        </w:rPr>
        <w:t xml:space="preserve"> Khác:</w:t>
      </w:r>
      <w:r w:rsidRPr="00C068DF">
        <w:rPr>
          <w:rFonts w:ascii="Times New Roman" w:hAnsi="Times New Roman" w:cs="Times New Roman"/>
          <w:sz w:val="26"/>
          <w:szCs w:val="26"/>
          <w:lang w:val="vi-VN"/>
        </w:rPr>
        <w:t>............</w:t>
      </w:r>
      <w:r w:rsidR="00FA40E5" w:rsidRPr="00C068DF"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</w:t>
      </w:r>
      <w:r w:rsidR="00101FC0">
        <w:rPr>
          <w:rFonts w:ascii="Times New Roman" w:hAnsi="Times New Roman" w:cs="Times New Roman"/>
          <w:sz w:val="26"/>
          <w:szCs w:val="26"/>
          <w:lang w:val="vi-VN"/>
        </w:rPr>
        <w:t>...</w:t>
      </w:r>
    </w:p>
    <w:p w14:paraId="1D5C0697" w14:textId="77777777" w:rsidR="00372AA1" w:rsidRPr="00101FC0" w:rsidRDefault="004E3DC1" w:rsidP="00101FC0">
      <w:pPr>
        <w:spacing w:after="0" w:line="269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C068DF">
        <w:rPr>
          <w:rFonts w:ascii="Times New Roman" w:hAnsi="Times New Roman" w:cs="Times New Roman"/>
          <w:sz w:val="26"/>
          <w:szCs w:val="26"/>
          <w:lang w:val="vi-VN"/>
        </w:rPr>
        <w:t>Kinh phí tham gia:</w:t>
      </w:r>
      <w:r w:rsidRPr="00C068DF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="00B26870" w:rsidRPr="00C068DF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="00B26870" w:rsidRPr="00C068DF">
        <w:rPr>
          <w:rFonts w:ascii="Times New Roman" w:hAnsi="Times New Roman" w:cs="Times New Roman"/>
          <w:sz w:val="26"/>
          <w:szCs w:val="26"/>
          <w:lang w:val="vi-VN"/>
        </w:rPr>
        <w:t xml:space="preserve"> Miễ</w:t>
      </w:r>
      <w:r w:rsidRPr="00C068DF">
        <w:rPr>
          <w:rFonts w:ascii="Times New Roman" w:hAnsi="Times New Roman" w:cs="Times New Roman"/>
          <w:sz w:val="26"/>
          <w:szCs w:val="26"/>
          <w:lang w:val="vi-VN"/>
        </w:rPr>
        <w:t xml:space="preserve">n phí  </w:t>
      </w:r>
      <w:r w:rsidR="00B26870" w:rsidRPr="00C068DF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="00B26870" w:rsidRPr="00C068DF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EA4510" w:rsidRPr="00C068DF">
        <w:rPr>
          <w:rFonts w:ascii="Times New Roman" w:hAnsi="Times New Roman" w:cs="Times New Roman"/>
          <w:spacing w:val="-14"/>
          <w:sz w:val="26"/>
          <w:szCs w:val="26"/>
          <w:lang w:val="vi-VN"/>
        </w:rPr>
        <w:t xml:space="preserve">Tham gia hỗ trợ chi phí </w:t>
      </w:r>
      <w:r w:rsidR="00B26870" w:rsidRPr="00C068DF">
        <w:rPr>
          <w:rFonts w:ascii="Times New Roman" w:hAnsi="Times New Roman" w:cs="Times New Roman"/>
          <w:spacing w:val="-14"/>
          <w:sz w:val="26"/>
          <w:szCs w:val="26"/>
          <w:lang w:val="vi-VN"/>
        </w:rPr>
        <w:t xml:space="preserve">phục vụ tổ chức </w:t>
      </w:r>
      <w:r w:rsidR="009D3042" w:rsidRPr="00C068DF">
        <w:rPr>
          <w:rFonts w:ascii="Times New Roman" w:hAnsi="Times New Roman" w:cs="Times New Roman"/>
          <w:spacing w:val="-14"/>
          <w:sz w:val="26"/>
          <w:szCs w:val="26"/>
          <w:lang w:val="vi-VN"/>
        </w:rPr>
        <w:t>:</w:t>
      </w:r>
      <w:r w:rsidR="009D3042" w:rsidRPr="00C068DF">
        <w:rPr>
          <w:rFonts w:ascii="Times New Roman" w:hAnsi="Times New Roman" w:cs="Times New Roman"/>
          <w:sz w:val="26"/>
          <w:szCs w:val="26"/>
          <w:lang w:val="vi-VN"/>
        </w:rPr>
        <w:t xml:space="preserve"> ..........................</w:t>
      </w:r>
      <w:r w:rsidR="00A133EB" w:rsidRPr="00C068DF">
        <w:rPr>
          <w:rFonts w:ascii="Times New Roman" w:hAnsi="Times New Roman" w:cs="Times New Roman"/>
          <w:sz w:val="26"/>
          <w:szCs w:val="26"/>
          <w:lang w:val="vi-VN"/>
        </w:rPr>
        <w:t>.</w:t>
      </w:r>
      <w:r w:rsidR="00101FC0">
        <w:rPr>
          <w:rFonts w:ascii="Times New Roman" w:hAnsi="Times New Roman" w:cs="Times New Roman"/>
          <w:sz w:val="26"/>
          <w:szCs w:val="26"/>
          <w:lang w:val="vi-VN"/>
        </w:rPr>
        <w:t>..............</w:t>
      </w:r>
    </w:p>
    <w:p w14:paraId="6E7599DB" w14:textId="77777777" w:rsidR="004E3DC1" w:rsidRPr="00C068DF" w:rsidRDefault="004E3DC1" w:rsidP="00101FC0">
      <w:pPr>
        <w:spacing w:after="0" w:line="269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C068DF">
        <w:rPr>
          <w:rFonts w:ascii="Times New Roman" w:hAnsi="Times New Roman" w:cs="Times New Roman"/>
          <w:b/>
          <w:sz w:val="26"/>
          <w:szCs w:val="26"/>
          <w:lang w:val="vi-VN"/>
        </w:rPr>
        <w:t>III. Đăng ký tham gia các hoạt động khác:</w:t>
      </w:r>
    </w:p>
    <w:p w14:paraId="309C5FF2" w14:textId="77777777" w:rsidR="004E3DC1" w:rsidRPr="00C068DF" w:rsidRDefault="004E3DC1" w:rsidP="00101FC0">
      <w:pPr>
        <w:spacing w:after="0" w:line="269" w:lineRule="auto"/>
        <w:jc w:val="both"/>
        <w:rPr>
          <w:rFonts w:ascii="Times New Roman" w:hAnsi="Times New Roman" w:cs="Times New Roman"/>
          <w:spacing w:val="-12"/>
          <w:sz w:val="26"/>
          <w:szCs w:val="26"/>
          <w:lang w:val="vi-VN"/>
        </w:rPr>
      </w:pPr>
      <w:r w:rsidRPr="00C068DF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Pr="00C068DF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C068DF">
        <w:rPr>
          <w:rFonts w:ascii="Times New Roman" w:hAnsi="Times New Roman" w:cs="Times New Roman"/>
          <w:spacing w:val="-12"/>
          <w:sz w:val="26"/>
          <w:szCs w:val="26"/>
          <w:lang w:val="vi-VN"/>
        </w:rPr>
        <w:t>Chương trình gặp gỡ, trao đổi giữa Lãnh đạo thành phố Cần Thơ và các đối tác Nhật Bả</w:t>
      </w:r>
      <w:r w:rsidR="00101FC0" w:rsidRPr="00C068DF">
        <w:rPr>
          <w:rFonts w:ascii="Times New Roman" w:hAnsi="Times New Roman" w:cs="Times New Roman"/>
          <w:spacing w:val="-12"/>
          <w:sz w:val="26"/>
          <w:szCs w:val="26"/>
          <w:lang w:val="vi-VN"/>
        </w:rPr>
        <w:t xml:space="preserve">n </w:t>
      </w:r>
      <w:r w:rsidR="00A133EB" w:rsidRPr="00C068DF">
        <w:rPr>
          <w:rFonts w:ascii="Times New Roman" w:hAnsi="Times New Roman" w:cs="Times New Roman"/>
          <w:spacing w:val="-12"/>
          <w:sz w:val="26"/>
          <w:szCs w:val="26"/>
          <w:lang w:val="vi-VN"/>
        </w:rPr>
        <w:t>(14 giờ ngày 11/9)</w:t>
      </w:r>
    </w:p>
    <w:p w14:paraId="7A198447" w14:textId="77777777" w:rsidR="00A133EB" w:rsidRPr="00C068DF" w:rsidRDefault="00A133EB" w:rsidP="00101FC0">
      <w:pPr>
        <w:spacing w:after="0" w:line="269" w:lineRule="auto"/>
        <w:jc w:val="both"/>
        <w:rPr>
          <w:rFonts w:ascii="Times New Roman" w:hAnsi="Times New Roman" w:cs="Times New Roman"/>
          <w:spacing w:val="-12"/>
          <w:sz w:val="26"/>
          <w:szCs w:val="26"/>
          <w:lang w:val="vi-VN"/>
        </w:rPr>
      </w:pPr>
      <w:r w:rsidRPr="00C068DF">
        <w:rPr>
          <w:rFonts w:ascii="Segoe UI Symbol" w:hAnsi="Segoe UI Symbol" w:cs="Segoe UI Symbol"/>
          <w:spacing w:val="-12"/>
          <w:sz w:val="26"/>
          <w:szCs w:val="26"/>
          <w:lang w:val="vi-VN"/>
        </w:rPr>
        <w:t>☐</w:t>
      </w:r>
      <w:r w:rsidRPr="00C068DF">
        <w:rPr>
          <w:rFonts w:ascii="Times New Roman" w:hAnsi="Times New Roman" w:cs="Times New Roman"/>
          <w:spacing w:val="-12"/>
          <w:sz w:val="26"/>
          <w:szCs w:val="26"/>
          <w:lang w:val="vi-VN"/>
        </w:rPr>
        <w:t xml:space="preserve"> Tiệc Chiêu đãi (14 giờ ngày 11/9)</w:t>
      </w:r>
    </w:p>
    <w:p w14:paraId="3FF48EEE" w14:textId="77777777" w:rsidR="00101FC0" w:rsidRDefault="00A133EB" w:rsidP="00101FC0">
      <w:pPr>
        <w:spacing w:after="0" w:line="269" w:lineRule="auto"/>
        <w:jc w:val="both"/>
        <w:rPr>
          <w:rFonts w:ascii="Times New Roman" w:hAnsi="Times New Roman" w:cs="Times New Roman"/>
          <w:spacing w:val="-12"/>
          <w:sz w:val="26"/>
          <w:szCs w:val="26"/>
          <w:lang w:val="vi-VN"/>
        </w:rPr>
      </w:pPr>
      <w:r w:rsidRPr="00C068DF">
        <w:rPr>
          <w:rFonts w:ascii="Segoe UI Symbol" w:hAnsi="Segoe UI Symbol" w:cs="Segoe UI Symbol"/>
          <w:spacing w:val="-12"/>
          <w:sz w:val="26"/>
          <w:szCs w:val="26"/>
          <w:lang w:val="vi-VN"/>
        </w:rPr>
        <w:t>☐</w:t>
      </w:r>
      <w:r w:rsidRPr="00C068DF">
        <w:rPr>
          <w:rFonts w:ascii="Times New Roman" w:hAnsi="Times New Roman" w:cs="Times New Roman"/>
          <w:spacing w:val="-12"/>
          <w:sz w:val="26"/>
          <w:szCs w:val="26"/>
          <w:lang w:val="vi-VN"/>
        </w:rPr>
        <w:t xml:space="preserve"> Lễ Khai mạc Chương trình Giao lưu Văn hóa - Thương mại Việt Nam - Nhật Bản tại thành phố Cần Thơ </w:t>
      </w:r>
      <w:r w:rsidR="00101FC0">
        <w:rPr>
          <w:rFonts w:ascii="Times New Roman" w:hAnsi="Times New Roman" w:cs="Times New Roman"/>
          <w:spacing w:val="-12"/>
          <w:sz w:val="26"/>
          <w:szCs w:val="26"/>
          <w:lang w:val="vi-VN"/>
        </w:rPr>
        <w:t xml:space="preserve">    </w:t>
      </w:r>
    </w:p>
    <w:p w14:paraId="241C131C" w14:textId="77777777" w:rsidR="00A133EB" w:rsidRPr="00C068DF" w:rsidRDefault="00A133EB" w:rsidP="00101FC0">
      <w:pPr>
        <w:spacing w:after="0" w:line="269" w:lineRule="auto"/>
        <w:jc w:val="both"/>
        <w:rPr>
          <w:rFonts w:ascii="Times New Roman" w:hAnsi="Times New Roman" w:cs="Times New Roman"/>
          <w:spacing w:val="-12"/>
          <w:sz w:val="26"/>
          <w:szCs w:val="26"/>
          <w:lang w:val="vi-VN"/>
        </w:rPr>
      </w:pPr>
      <w:r w:rsidRPr="00C068DF">
        <w:rPr>
          <w:rFonts w:ascii="Times New Roman" w:hAnsi="Times New Roman" w:cs="Times New Roman"/>
          <w:spacing w:val="-12"/>
          <w:sz w:val="26"/>
          <w:szCs w:val="26"/>
          <w:lang w:val="vi-VN"/>
        </w:rPr>
        <w:t>năm 2026 (19 giờ ngày 11/9)</w:t>
      </w:r>
    </w:p>
    <w:p w14:paraId="6415DA0F" w14:textId="77777777" w:rsidR="00101FC0" w:rsidRPr="00C068DF" w:rsidRDefault="004E3DC1" w:rsidP="00101FC0">
      <w:pPr>
        <w:spacing w:after="0" w:line="269" w:lineRule="auto"/>
        <w:jc w:val="both"/>
        <w:rPr>
          <w:rFonts w:ascii="Times New Roman" w:hAnsi="Times New Roman" w:cs="Times New Roman"/>
          <w:spacing w:val="-12"/>
          <w:sz w:val="26"/>
          <w:szCs w:val="26"/>
          <w:lang w:val="vi-VN"/>
        </w:rPr>
      </w:pPr>
      <w:r w:rsidRPr="00C068DF">
        <w:rPr>
          <w:rFonts w:ascii="Segoe UI Symbol" w:hAnsi="Segoe UI Symbol" w:cs="Segoe UI Symbol"/>
          <w:sz w:val="26"/>
          <w:szCs w:val="26"/>
          <w:lang w:val="vi-VN"/>
        </w:rPr>
        <w:t>☐</w:t>
      </w:r>
      <w:r w:rsidRPr="00C068DF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A133EB" w:rsidRPr="00C068DF">
        <w:rPr>
          <w:rFonts w:ascii="Times New Roman" w:hAnsi="Times New Roman" w:cs="Times New Roman"/>
          <w:spacing w:val="-16"/>
          <w:sz w:val="26"/>
          <w:szCs w:val="26"/>
          <w:lang w:val="vi-VN"/>
        </w:rPr>
        <w:t>H</w:t>
      </w:r>
      <w:r w:rsidRPr="00C068DF">
        <w:rPr>
          <w:rFonts w:ascii="Times New Roman" w:hAnsi="Times New Roman" w:cs="Times New Roman"/>
          <w:spacing w:val="-16"/>
          <w:sz w:val="26"/>
          <w:szCs w:val="26"/>
          <w:lang w:val="vi-VN"/>
        </w:rPr>
        <w:t xml:space="preserve">oạt động đi bộ diễu hành trong trang phục truyền thống </w:t>
      </w:r>
      <w:r w:rsidR="00D37064" w:rsidRPr="00C068DF">
        <w:rPr>
          <w:rFonts w:ascii="Times New Roman" w:hAnsi="Times New Roman" w:cs="Times New Roman"/>
          <w:spacing w:val="-16"/>
          <w:sz w:val="26"/>
          <w:szCs w:val="26"/>
          <w:lang w:val="vi-VN"/>
        </w:rPr>
        <w:t xml:space="preserve">Việt Nam - Nhật Bản </w:t>
      </w:r>
      <w:r w:rsidRPr="00C068DF">
        <w:rPr>
          <w:rFonts w:ascii="Times New Roman" w:hAnsi="Times New Roman" w:cs="Times New Roman"/>
          <w:spacing w:val="-16"/>
          <w:sz w:val="26"/>
          <w:szCs w:val="26"/>
          <w:lang w:val="vi-VN"/>
        </w:rPr>
        <w:t>gây quỹ hỗ trợ trẻ</w:t>
      </w:r>
      <w:r w:rsidR="00D37064" w:rsidRPr="00C068DF">
        <w:rPr>
          <w:rFonts w:ascii="Times New Roman" w:hAnsi="Times New Roman" w:cs="Times New Roman"/>
          <w:spacing w:val="-16"/>
          <w:sz w:val="26"/>
          <w:szCs w:val="26"/>
          <w:lang w:val="vi-VN"/>
        </w:rPr>
        <w:t xml:space="preserve"> em</w:t>
      </w:r>
      <w:r w:rsidR="00D37064" w:rsidRPr="00101FC0">
        <w:rPr>
          <w:rFonts w:ascii="Times New Roman" w:hAnsi="Times New Roman" w:cs="Times New Roman"/>
          <w:spacing w:val="-16"/>
          <w:sz w:val="26"/>
          <w:szCs w:val="26"/>
          <w:lang w:val="vi-VN"/>
        </w:rPr>
        <w:t xml:space="preserve">  </w:t>
      </w:r>
      <w:r w:rsidR="00D37064" w:rsidRPr="00C068DF">
        <w:rPr>
          <w:rFonts w:ascii="Times New Roman" w:hAnsi="Times New Roman" w:cs="Times New Roman"/>
          <w:spacing w:val="-16"/>
          <w:sz w:val="26"/>
          <w:szCs w:val="26"/>
          <w:lang w:val="vi-VN"/>
        </w:rPr>
        <w:t xml:space="preserve">hoàn </w:t>
      </w:r>
      <w:r w:rsidRPr="00C068DF">
        <w:rPr>
          <w:rFonts w:ascii="Times New Roman" w:hAnsi="Times New Roman" w:cs="Times New Roman"/>
          <w:spacing w:val="-16"/>
          <w:sz w:val="26"/>
          <w:szCs w:val="26"/>
          <w:lang w:val="vi-VN"/>
        </w:rPr>
        <w:t>cảnh</w:t>
      </w:r>
      <w:r w:rsidRPr="00C068DF">
        <w:rPr>
          <w:rFonts w:ascii="Times New Roman" w:hAnsi="Times New Roman" w:cs="Times New Roman"/>
          <w:spacing w:val="-12"/>
          <w:sz w:val="26"/>
          <w:szCs w:val="26"/>
          <w:lang w:val="vi-VN"/>
        </w:rPr>
        <w:t xml:space="preserve"> </w:t>
      </w:r>
    </w:p>
    <w:p w14:paraId="355B56D4" w14:textId="77777777" w:rsidR="004E3DC1" w:rsidRPr="00101FC0" w:rsidRDefault="004E3DC1" w:rsidP="00101FC0">
      <w:pPr>
        <w:spacing w:after="0" w:line="269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C068DF">
        <w:rPr>
          <w:rFonts w:ascii="Times New Roman" w:hAnsi="Times New Roman" w:cs="Times New Roman"/>
          <w:spacing w:val="-12"/>
          <w:sz w:val="26"/>
          <w:szCs w:val="26"/>
          <w:lang w:val="vi-VN"/>
        </w:rPr>
        <w:t>khó khăn</w:t>
      </w:r>
      <w:r w:rsidR="002174E7" w:rsidRPr="00C068DF">
        <w:rPr>
          <w:rFonts w:ascii="Times New Roman" w:hAnsi="Times New Roman" w:cs="Times New Roman"/>
          <w:spacing w:val="-12"/>
          <w:sz w:val="26"/>
          <w:szCs w:val="26"/>
          <w:lang w:val="vi-VN"/>
        </w:rPr>
        <w:t xml:space="preserve"> </w:t>
      </w:r>
      <w:r w:rsidR="00DD37CC" w:rsidRPr="00C068DF">
        <w:rPr>
          <w:rFonts w:ascii="Times New Roman" w:hAnsi="Times New Roman" w:cs="Times New Roman"/>
          <w:spacing w:val="-12"/>
          <w:sz w:val="26"/>
          <w:szCs w:val="26"/>
          <w:lang w:val="vi-VN"/>
        </w:rPr>
        <w:t xml:space="preserve">trên địa bàn thành phố </w:t>
      </w:r>
      <w:r w:rsidR="002174E7" w:rsidRPr="00C068DF">
        <w:rPr>
          <w:rFonts w:ascii="Times New Roman" w:hAnsi="Times New Roman" w:cs="Times New Roman"/>
          <w:spacing w:val="-12"/>
          <w:sz w:val="26"/>
          <w:szCs w:val="26"/>
          <w:lang w:val="vi-VN"/>
        </w:rPr>
        <w:t xml:space="preserve">(06 giờ ngày 12/9) </w:t>
      </w:r>
      <w:r w:rsidR="00101FC0">
        <w:rPr>
          <w:rFonts w:ascii="Times New Roman" w:hAnsi="Times New Roman" w:cs="Times New Roman"/>
          <w:spacing w:val="-12"/>
          <w:sz w:val="26"/>
          <w:szCs w:val="26"/>
          <w:lang w:val="vi-VN"/>
        </w:rPr>
        <w:t xml:space="preserve"> </w:t>
      </w:r>
      <w:r w:rsidR="009D3042" w:rsidRPr="00C068DF">
        <w:rPr>
          <w:rFonts w:ascii="Segoe UI Symbol" w:hAnsi="Segoe UI Symbol" w:cs="Segoe UI Symbol"/>
          <w:spacing w:val="-12"/>
          <w:sz w:val="26"/>
          <w:szCs w:val="26"/>
          <w:lang w:val="vi-VN"/>
        </w:rPr>
        <w:t>☐</w:t>
      </w:r>
      <w:r w:rsidR="009D3042" w:rsidRPr="00C068DF">
        <w:rPr>
          <w:rFonts w:ascii="Times New Roman" w:hAnsi="Times New Roman" w:cs="Times New Roman"/>
          <w:spacing w:val="-12"/>
          <w:sz w:val="26"/>
          <w:szCs w:val="26"/>
          <w:lang w:val="vi-VN"/>
        </w:rPr>
        <w:t xml:space="preserve"> Miễn phí  </w:t>
      </w:r>
      <w:r w:rsidR="009D3042" w:rsidRPr="00C068DF">
        <w:rPr>
          <w:rFonts w:ascii="Segoe UI Symbol" w:hAnsi="Segoe UI Symbol" w:cs="Segoe UI Symbol"/>
          <w:spacing w:val="-12"/>
          <w:sz w:val="26"/>
          <w:szCs w:val="26"/>
          <w:lang w:val="vi-VN"/>
        </w:rPr>
        <w:t>☐</w:t>
      </w:r>
      <w:r w:rsidR="00F70417" w:rsidRPr="00C068DF">
        <w:rPr>
          <w:rFonts w:ascii="Times New Roman" w:hAnsi="Times New Roman" w:cs="Times New Roman"/>
          <w:spacing w:val="-12"/>
          <w:sz w:val="26"/>
          <w:szCs w:val="26"/>
          <w:lang w:val="vi-VN"/>
        </w:rPr>
        <w:t xml:space="preserve"> Tham gia </w:t>
      </w:r>
      <w:r w:rsidR="009D3042" w:rsidRPr="00C068DF">
        <w:rPr>
          <w:rFonts w:ascii="Times New Roman" w:hAnsi="Times New Roman" w:cs="Times New Roman"/>
          <w:spacing w:val="-12"/>
          <w:sz w:val="26"/>
          <w:szCs w:val="26"/>
          <w:lang w:val="vi-VN"/>
        </w:rPr>
        <w:t>ủng hộ:</w:t>
      </w:r>
      <w:r w:rsidR="009D3042" w:rsidRPr="00C068DF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F70417" w:rsidRPr="00C068DF">
        <w:rPr>
          <w:rFonts w:ascii="Times New Roman" w:hAnsi="Times New Roman" w:cs="Times New Roman"/>
          <w:sz w:val="26"/>
          <w:szCs w:val="26"/>
          <w:lang w:val="vi-VN"/>
        </w:rPr>
        <w:t>...........................</w:t>
      </w:r>
      <w:r w:rsidR="00101FC0">
        <w:rPr>
          <w:rFonts w:ascii="Times New Roman" w:hAnsi="Times New Roman" w:cs="Times New Roman"/>
          <w:sz w:val="26"/>
          <w:szCs w:val="26"/>
          <w:lang w:val="vi-VN"/>
        </w:rPr>
        <w:t>........</w:t>
      </w:r>
    </w:p>
    <w:p w14:paraId="0C1ED3A4" w14:textId="77777777" w:rsidR="004E3DC1" w:rsidRPr="004E3DC1" w:rsidRDefault="004E3DC1" w:rsidP="00101FC0">
      <w:pPr>
        <w:spacing w:after="0" w:line="269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E3DC1">
        <w:rPr>
          <w:rFonts w:ascii="Times New Roman" w:hAnsi="Times New Roman" w:cs="Times New Roman"/>
          <w:sz w:val="26"/>
          <w:szCs w:val="26"/>
        </w:rPr>
        <w:t>Số lượng người tham gia: ............ người</w:t>
      </w:r>
    </w:p>
    <w:p w14:paraId="15A9FF24" w14:textId="77777777" w:rsidR="004E3DC1" w:rsidRPr="00101FC0" w:rsidRDefault="004E3DC1" w:rsidP="00101FC0">
      <w:pPr>
        <w:spacing w:after="0" w:line="269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E3DC1">
        <w:rPr>
          <w:rFonts w:ascii="Times New Roman" w:hAnsi="Times New Roman" w:cs="Times New Roman"/>
          <w:sz w:val="26"/>
          <w:szCs w:val="26"/>
        </w:rPr>
        <w:t>Họ tên người đại diện tham gia (nếu có): ............................................................</w:t>
      </w:r>
      <w:r w:rsidR="00101FC0">
        <w:rPr>
          <w:rFonts w:ascii="Times New Roman" w:hAnsi="Times New Roman" w:cs="Times New Roman"/>
          <w:sz w:val="26"/>
          <w:szCs w:val="26"/>
          <w:lang w:val="vi-VN"/>
        </w:rPr>
        <w:t>.................................</w:t>
      </w:r>
    </w:p>
    <w:p w14:paraId="35ADC346" w14:textId="77777777" w:rsidR="00372AA1" w:rsidRPr="00C068DF" w:rsidRDefault="00B26870" w:rsidP="00101FC0">
      <w:pPr>
        <w:spacing w:after="0" w:line="269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C068DF">
        <w:rPr>
          <w:rFonts w:ascii="Times New Roman" w:hAnsi="Times New Roman" w:cs="Times New Roman"/>
          <w:b/>
          <w:sz w:val="26"/>
          <w:szCs w:val="26"/>
          <w:lang w:val="vi-VN"/>
        </w:rPr>
        <w:t>IV. CAM KẾT</w:t>
      </w:r>
    </w:p>
    <w:p w14:paraId="66291AEF" w14:textId="77777777" w:rsidR="00FA40E5" w:rsidRPr="00C068DF" w:rsidRDefault="00FA40E5" w:rsidP="00101FC0">
      <w:pPr>
        <w:spacing w:after="0" w:line="269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C068DF">
        <w:rPr>
          <w:rFonts w:ascii="Times New Roman" w:hAnsi="Times New Roman" w:cs="Times New Roman"/>
          <w:sz w:val="26"/>
          <w:szCs w:val="26"/>
          <w:lang w:val="vi-VN"/>
        </w:rPr>
        <w:t>Đơn vị/doanh nghiệp cam kết chấp hành đầy đủ các quy định về phòng cháy, chữa cháy, vệ sinh môi trường; trưng bày đúng nội dung đã đăng ký; đảm bảo chất lượng sản phẩm và tuân thủ các quy định khác có liên quan.</w:t>
      </w:r>
    </w:p>
    <w:p w14:paraId="51FB401B" w14:textId="77777777" w:rsidR="00FF442D" w:rsidRPr="00C068DF" w:rsidRDefault="00B26870" w:rsidP="00B3526F">
      <w:pPr>
        <w:spacing w:after="0"/>
        <w:jc w:val="right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C068DF">
        <w:rPr>
          <w:rFonts w:ascii="Times New Roman" w:hAnsi="Times New Roman" w:cs="Times New Roman"/>
          <w:b/>
          <w:sz w:val="26"/>
          <w:szCs w:val="26"/>
          <w:lang w:val="vi-VN"/>
        </w:rPr>
        <w:t xml:space="preserve">ĐẠI DIỆN ĐƠN VỊ </w:t>
      </w:r>
      <w:r w:rsidR="00FF442D" w:rsidRPr="00C068DF">
        <w:rPr>
          <w:rFonts w:ascii="Times New Roman" w:hAnsi="Times New Roman" w:cs="Times New Roman"/>
          <w:b/>
          <w:sz w:val="26"/>
          <w:szCs w:val="26"/>
          <w:lang w:val="vi-VN"/>
        </w:rPr>
        <w:t>/DOANH NGHIỆP</w:t>
      </w:r>
    </w:p>
    <w:p w14:paraId="2ED71A43" w14:textId="77777777" w:rsidR="00372AA1" w:rsidRDefault="00B26870" w:rsidP="00B3526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FF442D">
        <w:rPr>
          <w:rFonts w:ascii="Times New Roman" w:hAnsi="Times New Roman" w:cs="Times New Roman"/>
          <w:sz w:val="26"/>
          <w:szCs w:val="26"/>
        </w:rPr>
        <w:t>(Ký tên, đóng dấu)</w:t>
      </w:r>
    </w:p>
    <w:p w14:paraId="0D1736A3" w14:textId="77777777" w:rsidR="00B3526F" w:rsidRDefault="00B3526F" w:rsidP="00FF442D">
      <w:pPr>
        <w:spacing w:after="120"/>
        <w:jc w:val="right"/>
        <w:rPr>
          <w:rFonts w:ascii="Times New Roman" w:hAnsi="Times New Roman" w:cs="Times New Roman"/>
          <w:sz w:val="26"/>
          <w:szCs w:val="26"/>
        </w:rPr>
      </w:pPr>
    </w:p>
    <w:p w14:paraId="4E97CAD4" w14:textId="77777777" w:rsidR="00B3526F" w:rsidRDefault="00B3526F" w:rsidP="00FF442D">
      <w:pPr>
        <w:spacing w:after="120"/>
        <w:jc w:val="right"/>
        <w:rPr>
          <w:rFonts w:ascii="Times New Roman" w:hAnsi="Times New Roman" w:cs="Times New Roman"/>
          <w:sz w:val="26"/>
          <w:szCs w:val="26"/>
        </w:rPr>
      </w:pPr>
    </w:p>
    <w:p w14:paraId="304D0906" w14:textId="77777777" w:rsidR="00B3526F" w:rsidRDefault="00B3526F" w:rsidP="00FF442D">
      <w:pPr>
        <w:spacing w:after="120"/>
        <w:jc w:val="right"/>
        <w:rPr>
          <w:rFonts w:ascii="Times New Roman" w:hAnsi="Times New Roman" w:cs="Times New Roman"/>
          <w:sz w:val="26"/>
          <w:szCs w:val="26"/>
        </w:rPr>
      </w:pPr>
    </w:p>
    <w:p w14:paraId="165FF523" w14:textId="77777777" w:rsidR="00B3526F" w:rsidRDefault="00845962" w:rsidP="00845962">
      <w:pPr>
        <w:tabs>
          <w:tab w:val="left" w:pos="9108"/>
        </w:tabs>
        <w:spacing w:after="1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14:paraId="7A4BFDE7" w14:textId="77777777" w:rsidR="00B3526F" w:rsidRPr="00F13526" w:rsidRDefault="00B3526F" w:rsidP="00AD70C7">
      <w:pPr>
        <w:spacing w:after="120"/>
        <w:rPr>
          <w:rFonts w:ascii="Times New Roman" w:hAnsi="Times New Roman" w:cs="Times New Roman"/>
          <w:sz w:val="26"/>
          <w:szCs w:val="26"/>
        </w:rPr>
      </w:pPr>
    </w:p>
    <w:p w14:paraId="50587DFA" w14:textId="77777777" w:rsidR="00F13526" w:rsidRPr="00F13526" w:rsidRDefault="00F13526" w:rsidP="00F13526">
      <w:pPr>
        <w:pStyle w:val="NormalWeb"/>
        <w:spacing w:before="0" w:beforeAutospacing="0" w:after="0" w:afterAutospacing="0" w:line="276" w:lineRule="auto"/>
        <w:jc w:val="center"/>
        <w:rPr>
          <w:b/>
          <w:sz w:val="26"/>
          <w:szCs w:val="26"/>
        </w:rPr>
      </w:pPr>
      <w:r w:rsidRPr="00F13526">
        <w:rPr>
          <w:b/>
          <w:sz w:val="26"/>
          <w:szCs w:val="26"/>
        </w:rPr>
        <w:lastRenderedPageBreak/>
        <w:t>REGISTRATION FORM</w:t>
      </w:r>
    </w:p>
    <w:p w14:paraId="6DE5D1C9" w14:textId="77777777" w:rsidR="00F13526" w:rsidRPr="003820B7" w:rsidRDefault="00F13526" w:rsidP="00F13526">
      <w:pPr>
        <w:pStyle w:val="NormalWeb"/>
        <w:spacing w:before="0" w:beforeAutospacing="0" w:after="0" w:afterAutospacing="0" w:line="276" w:lineRule="auto"/>
        <w:jc w:val="center"/>
        <w:rPr>
          <w:b/>
          <w:sz w:val="26"/>
          <w:szCs w:val="26"/>
        </w:rPr>
      </w:pPr>
      <w:r w:rsidRPr="003820B7">
        <w:rPr>
          <w:b/>
          <w:sz w:val="26"/>
          <w:szCs w:val="26"/>
        </w:rPr>
        <w:t>Vietnam – Japan Cult</w:t>
      </w:r>
      <w:r w:rsidR="00A133EB">
        <w:rPr>
          <w:b/>
          <w:sz w:val="26"/>
          <w:szCs w:val="26"/>
        </w:rPr>
        <w:t xml:space="preserve">ural and Trade Exchange Program </w:t>
      </w:r>
      <w:r w:rsidRPr="003820B7">
        <w:rPr>
          <w:b/>
          <w:sz w:val="26"/>
          <w:szCs w:val="26"/>
        </w:rPr>
        <w:t>in Can Tho City 2026</w:t>
      </w:r>
    </w:p>
    <w:p w14:paraId="24ADF06D" w14:textId="77777777" w:rsidR="00F13526" w:rsidRPr="003820B7" w:rsidRDefault="00F13526" w:rsidP="00F13526">
      <w:pPr>
        <w:pStyle w:val="NormalWeb"/>
        <w:spacing w:before="0" w:beforeAutospacing="0" w:after="0" w:afterAutospacing="0" w:line="276" w:lineRule="auto"/>
        <w:jc w:val="center"/>
        <w:rPr>
          <w:i/>
        </w:rPr>
      </w:pPr>
      <w:r w:rsidRPr="003820B7">
        <w:rPr>
          <w:i/>
        </w:rPr>
        <w:t>(September 11–13, 2026, at Luu Huu Phuoc Park, Can Tho City)</w:t>
      </w:r>
    </w:p>
    <w:p w14:paraId="3FED485C" w14:textId="77777777" w:rsidR="00AD70C7" w:rsidRDefault="00AD70C7" w:rsidP="00F13526">
      <w:pPr>
        <w:pStyle w:val="NormalWeb"/>
        <w:spacing w:before="0" w:beforeAutospacing="0" w:after="0" w:afterAutospacing="0" w:line="276" w:lineRule="auto"/>
        <w:jc w:val="center"/>
      </w:pPr>
    </w:p>
    <w:p w14:paraId="0CFDC532" w14:textId="77777777" w:rsidR="00F13526" w:rsidRPr="00AD70C7" w:rsidRDefault="00F13526" w:rsidP="00F13526">
      <w:pPr>
        <w:pStyle w:val="NormalWeb"/>
        <w:spacing w:before="0" w:beforeAutospacing="0" w:after="0" w:afterAutospacing="0" w:line="276" w:lineRule="auto"/>
        <w:rPr>
          <w:b/>
        </w:rPr>
      </w:pPr>
      <w:r w:rsidRPr="00AD70C7">
        <w:rPr>
          <w:b/>
        </w:rPr>
        <w:t>I. ORGANIZATION / ENTERPRISE INFORMATION</w:t>
      </w:r>
    </w:p>
    <w:p w14:paraId="7E82C57C" w14:textId="77777777" w:rsidR="00AD70C7" w:rsidRDefault="00F13526" w:rsidP="00AD70C7">
      <w:pPr>
        <w:pStyle w:val="NormalWeb"/>
        <w:spacing w:before="0" w:beforeAutospacing="0" w:after="0" w:afterAutospacing="0" w:line="276" w:lineRule="auto"/>
      </w:pPr>
      <w:r>
        <w:t>Organization/Enterprise Name:</w:t>
      </w:r>
      <w:r w:rsidR="00AD70C7" w:rsidRPr="00AD70C7">
        <w:t xml:space="preserve"> </w:t>
      </w:r>
      <w:r w:rsidR="00AD70C7">
        <w:t>.........................................................................................................................</w:t>
      </w:r>
    </w:p>
    <w:p w14:paraId="79DF1A55" w14:textId="77777777" w:rsidR="00AD70C7" w:rsidRDefault="00F13526" w:rsidP="00AD70C7">
      <w:pPr>
        <w:pStyle w:val="NormalWeb"/>
        <w:spacing w:before="0" w:beforeAutospacing="0" w:after="0" w:afterAutospacing="0" w:line="276" w:lineRule="auto"/>
      </w:pPr>
      <w:r>
        <w:t>Address:</w:t>
      </w:r>
      <w:r w:rsidR="00AD70C7" w:rsidRPr="00AD70C7">
        <w:t xml:space="preserve"> </w:t>
      </w:r>
      <w:r w:rsidR="00AD70C7">
        <w:t>.............................................................................................................................................................</w:t>
      </w:r>
    </w:p>
    <w:p w14:paraId="7F022B7B" w14:textId="77777777" w:rsidR="00F13526" w:rsidRDefault="00F13526" w:rsidP="00F13526">
      <w:pPr>
        <w:pStyle w:val="NormalWeb"/>
        <w:spacing w:before="0" w:beforeAutospacing="0" w:after="0" w:afterAutospacing="0" w:line="276" w:lineRule="auto"/>
      </w:pPr>
      <w:r>
        <w:t>Representative: ...............................................</w:t>
      </w:r>
      <w:r w:rsidR="00AD70C7" w:rsidRPr="00AD70C7">
        <w:t xml:space="preserve"> </w:t>
      </w:r>
      <w:r w:rsidR="00AD70C7">
        <w:t>........................Position: ...........................................................</w:t>
      </w:r>
    </w:p>
    <w:p w14:paraId="114B1096" w14:textId="77777777" w:rsidR="00F13526" w:rsidRDefault="00F13526" w:rsidP="00F13526">
      <w:pPr>
        <w:pStyle w:val="NormalWeb"/>
        <w:spacing w:before="0" w:beforeAutospacing="0" w:after="0" w:afterAutospacing="0" w:line="276" w:lineRule="auto"/>
      </w:pPr>
      <w:r>
        <w:t>Telephone: ....................</w:t>
      </w:r>
      <w:r w:rsidR="00AD70C7">
        <w:t>...............................</w:t>
      </w:r>
      <w:r>
        <w:t>Email: ............................................................</w:t>
      </w:r>
      <w:r w:rsidR="00AD70C7">
        <w:t>...............................</w:t>
      </w:r>
    </w:p>
    <w:p w14:paraId="07C80A8F" w14:textId="77777777" w:rsidR="00F13526" w:rsidRDefault="00F13526" w:rsidP="00F13526">
      <w:pPr>
        <w:pStyle w:val="NormalWeb"/>
        <w:spacing w:before="0" w:beforeAutospacing="0" w:after="0" w:afterAutospacing="0" w:line="276" w:lineRule="auto"/>
      </w:pPr>
      <w:r>
        <w:t>Website/Fanpage (if</w:t>
      </w:r>
      <w:r w:rsidR="00AD70C7">
        <w:t xml:space="preserve"> any):</w:t>
      </w:r>
      <w:r>
        <w:t>.......................................................................................................................</w:t>
      </w:r>
      <w:r w:rsidR="00AD70C7">
        <w:t>............</w:t>
      </w:r>
    </w:p>
    <w:p w14:paraId="2049CF0B" w14:textId="77777777" w:rsidR="00F13526" w:rsidRDefault="00F13526" w:rsidP="00F13526">
      <w:pPr>
        <w:pStyle w:val="NormalWeb"/>
        <w:spacing w:before="0" w:beforeAutospacing="0" w:after="0" w:afterAutospacing="0" w:line="276" w:lineRule="auto"/>
        <w:rPr>
          <w:b/>
        </w:rPr>
      </w:pPr>
      <w:r w:rsidRPr="00AD70C7">
        <w:rPr>
          <w:b/>
        </w:rPr>
        <w:t>II. BOOTH REGISTRATION</w:t>
      </w:r>
    </w:p>
    <w:tbl>
      <w:tblPr>
        <w:tblStyle w:val="TableGrid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AD70C7" w14:paraId="58FB9382" w14:textId="77777777" w:rsidTr="00AD70C7">
        <w:tc>
          <w:tcPr>
            <w:tcW w:w="10627" w:type="dxa"/>
          </w:tcPr>
          <w:p w14:paraId="4A988A39" w14:textId="77777777" w:rsidR="00AD70C7" w:rsidRDefault="00AD70C7" w:rsidP="00AD70C7">
            <w:pPr>
              <w:pStyle w:val="NormalWeb"/>
              <w:spacing w:before="0" w:beforeAutospacing="0" w:after="0" w:afterAutospacing="0" w:line="276" w:lineRule="auto"/>
              <w:rPr>
                <w:b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Agricultural Products &amp; Food   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OCOP Products 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Handicrafts 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Tourism 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Education &amp; Training</w:t>
            </w:r>
            <w:r>
              <w:br/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Culture &amp; Arts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Industrial Products &amp; Consumer Goods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Services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Others: ......................................</w:t>
            </w:r>
          </w:p>
        </w:tc>
      </w:tr>
    </w:tbl>
    <w:p w14:paraId="4656C428" w14:textId="77777777" w:rsidR="00F13526" w:rsidRDefault="00F13526" w:rsidP="00F13526">
      <w:pPr>
        <w:pStyle w:val="NormalWeb"/>
        <w:spacing w:before="0" w:beforeAutospacing="0" w:after="0" w:afterAutospacing="0" w:line="276" w:lineRule="auto"/>
      </w:pPr>
      <w:r>
        <w:t>Pro</w:t>
      </w:r>
      <w:r w:rsidR="00E15380">
        <w:t xml:space="preserve">ducts/Services to be displayed: </w:t>
      </w:r>
      <w:r>
        <w:t>.................</w:t>
      </w:r>
      <w:r w:rsidR="00E15380">
        <w:t>....................................................................................................</w:t>
      </w:r>
    </w:p>
    <w:p w14:paraId="09B01BE2" w14:textId="77777777" w:rsidR="00F13526" w:rsidRDefault="00E15380" w:rsidP="00F13526">
      <w:pPr>
        <w:pStyle w:val="NormalWeb"/>
        <w:spacing w:before="0" w:beforeAutospacing="0" w:after="0" w:afterAutospacing="0" w:line="276" w:lineRule="auto"/>
      </w:pPr>
      <w:r>
        <w:t xml:space="preserve">Booth Type: </w:t>
      </w:r>
      <w:r w:rsidR="00F13526">
        <w:rPr>
          <w:rFonts w:ascii="Segoe UI Symbol" w:hAnsi="Segoe UI Symbol" w:cs="Segoe UI Symbol"/>
        </w:rPr>
        <w:t>☐</w:t>
      </w:r>
      <w:r w:rsidR="00F13526">
        <w:t xml:space="preserve"> Standard Booth (3m × 3m ×</w:t>
      </w:r>
      <w:r w:rsidR="00AD70C7">
        <w:t xml:space="preserve"> 2.5m) </w:t>
      </w:r>
      <w:r w:rsidR="00F13526">
        <w:rPr>
          <w:rFonts w:ascii="Segoe UI Symbol" w:hAnsi="Segoe UI Symbol" w:cs="Segoe UI Symbol"/>
        </w:rPr>
        <w:t>☐</w:t>
      </w:r>
      <w:r w:rsidR="00F13526">
        <w:t xml:space="preserve"> Special Booth:</w:t>
      </w:r>
      <w:r w:rsidR="00AD70C7">
        <w:t xml:space="preserve"> </w:t>
      </w:r>
      <w:r w:rsidR="00F13526">
        <w:t>Quantity: ............. booth(s)</w:t>
      </w:r>
    </w:p>
    <w:p w14:paraId="442A6F6A" w14:textId="77777777" w:rsidR="00F13526" w:rsidRDefault="00AD70C7" w:rsidP="00F13526">
      <w:pPr>
        <w:pStyle w:val="NormalWeb"/>
        <w:spacing w:before="0" w:beforeAutospacing="0" w:after="0" w:afterAutospacing="0" w:line="276" w:lineRule="auto"/>
      </w:pPr>
      <w:r>
        <w:t xml:space="preserve">Support Requirements: </w:t>
      </w:r>
      <w:r w:rsidR="00F13526">
        <w:rPr>
          <w:rFonts w:ascii="Segoe UI Symbol" w:hAnsi="Segoe UI Symbol" w:cs="Segoe UI Symbol"/>
        </w:rPr>
        <w:t>☐</w:t>
      </w:r>
      <w:r>
        <w:t xml:space="preserve"> Electricity </w:t>
      </w:r>
      <w:r w:rsidR="00F13526">
        <w:rPr>
          <w:rFonts w:ascii="Segoe UI Symbol" w:hAnsi="Segoe UI Symbol" w:cs="Segoe UI Symbol"/>
        </w:rPr>
        <w:t>☐</w:t>
      </w:r>
      <w:r>
        <w:t xml:space="preserve"> Presentation Equipment </w:t>
      </w:r>
      <w:r w:rsidR="00F13526">
        <w:rPr>
          <w:rFonts w:ascii="Segoe UI Symbol" w:hAnsi="Segoe UI Symbol" w:cs="Segoe UI Symbol"/>
        </w:rPr>
        <w:t>☐</w:t>
      </w:r>
      <w:r>
        <w:t xml:space="preserve"> Performance Space </w:t>
      </w:r>
      <w:r w:rsidR="00F13526">
        <w:rPr>
          <w:rFonts w:ascii="Segoe UI Symbol" w:hAnsi="Segoe UI Symbol" w:cs="Segoe UI Symbol"/>
        </w:rPr>
        <w:t>☐</w:t>
      </w:r>
      <w:r w:rsidR="00F13526">
        <w:t xml:space="preserve"> Others: </w:t>
      </w:r>
      <w:r>
        <w:t>.................</w:t>
      </w:r>
    </w:p>
    <w:p w14:paraId="2B0105D5" w14:textId="77777777" w:rsidR="009D3042" w:rsidRDefault="00AD70C7" w:rsidP="00F13526">
      <w:pPr>
        <w:pStyle w:val="NormalWeb"/>
        <w:spacing w:before="0" w:beforeAutospacing="0" w:after="0" w:afterAutospacing="0" w:line="276" w:lineRule="auto"/>
      </w:pPr>
      <w:r>
        <w:t xml:space="preserve">Participation Fee: </w:t>
      </w:r>
      <w:r w:rsidR="00F13526">
        <w:rPr>
          <w:rFonts w:ascii="Segoe UI Symbol" w:hAnsi="Segoe UI Symbol" w:cs="Segoe UI Symbol"/>
        </w:rPr>
        <w:t>☐</w:t>
      </w:r>
      <w:r w:rsidR="00F13526">
        <w:t xml:space="preserve"> Free of Charge</w:t>
      </w:r>
      <w:r>
        <w:t xml:space="preserve"> </w:t>
      </w:r>
    </w:p>
    <w:p w14:paraId="61498B6D" w14:textId="77777777" w:rsidR="00F13526" w:rsidRPr="0036551F" w:rsidRDefault="009D3042" w:rsidP="00F13526">
      <w:pPr>
        <w:pStyle w:val="NormalWeb"/>
        <w:spacing w:before="0" w:beforeAutospacing="0" w:after="0" w:afterAutospacing="0" w:line="276" w:lineRule="auto"/>
        <w:rPr>
          <w:lang w:val="vi-VN"/>
        </w:rPr>
      </w:pPr>
      <w:r>
        <w:t xml:space="preserve">                             </w:t>
      </w:r>
      <w:r w:rsidR="00F13526">
        <w:rPr>
          <w:rFonts w:ascii="Segoe UI Symbol" w:hAnsi="Segoe UI Symbol" w:cs="Segoe UI Symbol"/>
        </w:rPr>
        <w:t>☐</w:t>
      </w:r>
      <w:r w:rsidR="00F13526">
        <w:t xml:space="preserve"> </w:t>
      </w:r>
      <w:r>
        <w:t xml:space="preserve"> Voluntary contribution to support the orga</w:t>
      </w:r>
      <w:r w:rsidR="0036551F">
        <w:t>nization of the Program</w:t>
      </w:r>
      <w:r>
        <w:t>: ...................</w:t>
      </w:r>
      <w:r w:rsidR="00E15380">
        <w:t>.</w:t>
      </w:r>
      <w:r w:rsidR="0036551F">
        <w:rPr>
          <w:lang w:val="vi-VN"/>
        </w:rPr>
        <w:t>............</w:t>
      </w:r>
    </w:p>
    <w:p w14:paraId="5D76C6A3" w14:textId="77777777" w:rsidR="00F13526" w:rsidRPr="00AD70C7" w:rsidRDefault="00F13526" w:rsidP="00F13526">
      <w:pPr>
        <w:pStyle w:val="NormalWeb"/>
        <w:spacing w:before="0" w:beforeAutospacing="0" w:after="0" w:afterAutospacing="0" w:line="276" w:lineRule="auto"/>
        <w:rPr>
          <w:b/>
        </w:rPr>
      </w:pPr>
      <w:r w:rsidRPr="00AD70C7">
        <w:rPr>
          <w:b/>
        </w:rPr>
        <w:t>III. REGISTRATION FOR OTHER PROGRAM ACTIVITIES</w:t>
      </w:r>
    </w:p>
    <w:p w14:paraId="30AF4697" w14:textId="77777777" w:rsidR="00AD70C7" w:rsidRPr="003820B7" w:rsidRDefault="00F13526" w:rsidP="00F13526">
      <w:pPr>
        <w:pStyle w:val="NormalWeb"/>
        <w:spacing w:before="0" w:beforeAutospacing="0" w:after="0" w:afterAutospacing="0" w:line="276" w:lineRule="auto"/>
        <w:rPr>
          <w:spacing w:val="-16"/>
        </w:rPr>
      </w:pPr>
      <w:r w:rsidRPr="003820B7">
        <w:rPr>
          <w:rFonts w:ascii="Segoe UI Symbol" w:hAnsi="Segoe UI Symbol" w:cs="Segoe UI Symbol"/>
          <w:spacing w:val="-16"/>
        </w:rPr>
        <w:t>☐</w:t>
      </w:r>
      <w:r w:rsidR="00AD70C7" w:rsidRPr="003820B7">
        <w:rPr>
          <w:spacing w:val="-16"/>
        </w:rPr>
        <w:t xml:space="preserve"> </w:t>
      </w:r>
      <w:r w:rsidR="00AD70C7" w:rsidRPr="003820B7">
        <w:rPr>
          <w:spacing w:val="-18"/>
        </w:rPr>
        <w:t>T</w:t>
      </w:r>
      <w:r w:rsidRPr="003820B7">
        <w:rPr>
          <w:spacing w:val="-18"/>
        </w:rPr>
        <w:t>he Meeting and Networking Session between the Leaders of Can Tho City and Japanese Partners.</w:t>
      </w:r>
      <w:r w:rsidR="00AD70C7" w:rsidRPr="003820B7">
        <w:rPr>
          <w:spacing w:val="-18"/>
        </w:rPr>
        <w:t xml:space="preserve"> (at 1:00 p.m. on 11</w:t>
      </w:r>
      <w:r w:rsidR="003820B7" w:rsidRPr="003820B7">
        <w:rPr>
          <w:spacing w:val="-18"/>
        </w:rPr>
        <w:t>/9/</w:t>
      </w:r>
      <w:r w:rsidR="00AD70C7" w:rsidRPr="003820B7">
        <w:rPr>
          <w:spacing w:val="-18"/>
        </w:rPr>
        <w:t>2026)</w:t>
      </w:r>
      <w:r w:rsidR="00AD70C7" w:rsidRPr="003820B7">
        <w:rPr>
          <w:spacing w:val="-16"/>
        </w:rPr>
        <w:t xml:space="preserve"> </w:t>
      </w:r>
    </w:p>
    <w:p w14:paraId="4F33CD7F" w14:textId="77777777" w:rsidR="00AD70C7" w:rsidRPr="003820B7" w:rsidRDefault="00AD70C7" w:rsidP="003820B7">
      <w:pPr>
        <w:pStyle w:val="NormalWeb"/>
        <w:spacing w:before="0" w:beforeAutospacing="0" w:after="0" w:afterAutospacing="0" w:line="276" w:lineRule="auto"/>
        <w:rPr>
          <w:spacing w:val="-16"/>
        </w:rPr>
      </w:pPr>
      <w:r w:rsidRPr="003820B7">
        <w:rPr>
          <w:rFonts w:ascii="Segoe UI Symbol" w:hAnsi="Segoe UI Symbol" w:cs="Segoe UI Symbol"/>
          <w:spacing w:val="-16"/>
        </w:rPr>
        <w:t>☐</w:t>
      </w:r>
      <w:r w:rsidRPr="003820B7">
        <w:rPr>
          <w:spacing w:val="-16"/>
        </w:rPr>
        <w:t xml:space="preserve"> Reception Diner hosted by Leader</w:t>
      </w:r>
      <w:r w:rsidR="003820B7">
        <w:rPr>
          <w:spacing w:val="-16"/>
        </w:rPr>
        <w:t>s of Can Tho City (at 5:30 p.m.</w:t>
      </w:r>
      <w:r w:rsidR="003820B7" w:rsidRPr="003820B7">
        <w:rPr>
          <w:spacing w:val="-18"/>
        </w:rPr>
        <w:t xml:space="preserve"> on 11/9/2026)</w:t>
      </w:r>
    </w:p>
    <w:p w14:paraId="115F5549" w14:textId="77777777" w:rsidR="00F13526" w:rsidRPr="003820B7" w:rsidRDefault="003820B7" w:rsidP="003820B7">
      <w:pPr>
        <w:pStyle w:val="NormalWeb"/>
        <w:spacing w:before="0" w:beforeAutospacing="0" w:after="0" w:afterAutospacing="0" w:line="276" w:lineRule="auto"/>
        <w:rPr>
          <w:spacing w:val="-16"/>
        </w:rPr>
      </w:pPr>
      <w:r w:rsidRPr="003820B7">
        <w:rPr>
          <w:rFonts w:ascii="Segoe UI Symbol" w:hAnsi="Segoe UI Symbol" w:cs="Segoe UI Symbol"/>
          <w:spacing w:val="-16"/>
        </w:rPr>
        <w:t>☐</w:t>
      </w:r>
      <w:r w:rsidRPr="003820B7">
        <w:rPr>
          <w:spacing w:val="-16"/>
        </w:rPr>
        <w:t xml:space="preserve"> Opening Ceremony of the Vietnam – Japan Cultural and Trade Exchange Program 2026 (</w:t>
      </w:r>
      <w:r>
        <w:rPr>
          <w:spacing w:val="-16"/>
        </w:rPr>
        <w:t>7:00 p.m.</w:t>
      </w:r>
      <w:r w:rsidRPr="003820B7">
        <w:rPr>
          <w:spacing w:val="-18"/>
        </w:rPr>
        <w:t xml:space="preserve"> on 11/9/2026)</w:t>
      </w:r>
    </w:p>
    <w:p w14:paraId="11578453" w14:textId="77777777" w:rsidR="00E15380" w:rsidRDefault="003820B7" w:rsidP="00E15380">
      <w:pPr>
        <w:pStyle w:val="NormalWeb"/>
        <w:spacing w:before="0" w:beforeAutospacing="0" w:after="0" w:afterAutospacing="0" w:line="276" w:lineRule="auto"/>
        <w:rPr>
          <w:spacing w:val="-16"/>
        </w:rPr>
      </w:pPr>
      <w:r>
        <w:rPr>
          <w:rFonts w:ascii="Segoe UI Symbol" w:hAnsi="Segoe UI Symbol" w:cs="Segoe UI Symbol"/>
        </w:rPr>
        <w:t>☐</w:t>
      </w:r>
      <w:r>
        <w:t xml:space="preserve"> </w:t>
      </w:r>
      <w:r w:rsidRPr="003820B7">
        <w:rPr>
          <w:spacing w:val="-16"/>
        </w:rPr>
        <w:t xml:space="preserve">Participation in the Traditional Costume Charity Walk to raise funds for disadvantaged children. (at 6:00 a.m. on </w:t>
      </w:r>
      <w:r>
        <w:rPr>
          <w:spacing w:val="-16"/>
        </w:rPr>
        <w:t>12/9/2026</w:t>
      </w:r>
      <w:r w:rsidRPr="003820B7">
        <w:rPr>
          <w:spacing w:val="-16"/>
        </w:rPr>
        <w:t>).</w:t>
      </w:r>
    </w:p>
    <w:p w14:paraId="657C1D78" w14:textId="77777777" w:rsidR="00E15380" w:rsidRPr="0036551F" w:rsidRDefault="00E15380" w:rsidP="00F13526">
      <w:pPr>
        <w:pStyle w:val="NormalWeb"/>
        <w:spacing w:before="0" w:beforeAutospacing="0" w:after="0" w:afterAutospacing="0" w:line="276" w:lineRule="auto"/>
        <w:rPr>
          <w:spacing w:val="-16"/>
          <w:lang w:val="vi-VN"/>
        </w:rPr>
      </w:pPr>
      <w:r>
        <w:rPr>
          <w:spacing w:val="-16"/>
        </w:rPr>
        <w:t xml:space="preserve">          </w:t>
      </w:r>
      <w:r>
        <w:rPr>
          <w:rFonts w:ascii="Segoe UI Symbol" w:hAnsi="Segoe UI Symbol" w:cs="Segoe UI Symbol"/>
        </w:rPr>
        <w:t>☐</w:t>
      </w:r>
      <w:r>
        <w:t xml:space="preserve"> Free of Charge</w:t>
      </w:r>
      <w:r>
        <w:rPr>
          <w:spacing w:val="-16"/>
        </w:rPr>
        <w:t xml:space="preserve">  </w:t>
      </w:r>
      <w:r>
        <w:rPr>
          <w:rFonts w:ascii="Segoe UI Symbol" w:hAnsi="Segoe UI Symbol" w:cs="Segoe UI Symbol"/>
        </w:rPr>
        <w:t>☐</w:t>
      </w:r>
      <w:r w:rsidR="0036551F">
        <w:t xml:space="preserve"> Voluntary donation</w:t>
      </w:r>
      <w:r>
        <w:t>: ...................................................................................</w:t>
      </w:r>
      <w:r w:rsidR="0036551F">
        <w:rPr>
          <w:lang w:val="vi-VN"/>
        </w:rPr>
        <w:t>................</w:t>
      </w:r>
    </w:p>
    <w:p w14:paraId="65838312" w14:textId="77777777" w:rsidR="00E15380" w:rsidRDefault="00F13526" w:rsidP="00F13526">
      <w:pPr>
        <w:pStyle w:val="NormalWeb"/>
        <w:spacing w:before="0" w:beforeAutospacing="0" w:after="0" w:afterAutospacing="0" w:line="276" w:lineRule="auto"/>
      </w:pPr>
      <w:r>
        <w:t>Number of Participants: ............. persons</w:t>
      </w:r>
    </w:p>
    <w:p w14:paraId="01483AC3" w14:textId="77777777" w:rsidR="00F13526" w:rsidRPr="0036551F" w:rsidRDefault="00F13526" w:rsidP="00F13526">
      <w:pPr>
        <w:pStyle w:val="NormalWeb"/>
        <w:spacing w:before="0" w:beforeAutospacing="0" w:after="0" w:afterAutospacing="0" w:line="276" w:lineRule="auto"/>
        <w:rPr>
          <w:lang w:val="vi-VN"/>
        </w:rPr>
      </w:pPr>
      <w:r>
        <w:t>Name of Representative Participant (if any):</w:t>
      </w:r>
      <w:r w:rsidR="003820B7" w:rsidRPr="003820B7">
        <w:t xml:space="preserve"> </w:t>
      </w:r>
      <w:r w:rsidR="003820B7">
        <w:t>............................................................................................</w:t>
      </w:r>
      <w:r w:rsidR="0036551F">
        <w:rPr>
          <w:lang w:val="vi-VN"/>
        </w:rPr>
        <w:t>...........</w:t>
      </w:r>
    </w:p>
    <w:p w14:paraId="4B02E98F" w14:textId="77777777" w:rsidR="00F13526" w:rsidRPr="00E15380" w:rsidRDefault="00F13526" w:rsidP="00F13526">
      <w:pPr>
        <w:pStyle w:val="NormalWeb"/>
        <w:spacing w:before="0" w:beforeAutospacing="0" w:after="0" w:afterAutospacing="0" w:line="276" w:lineRule="auto"/>
        <w:rPr>
          <w:b/>
        </w:rPr>
      </w:pPr>
      <w:r w:rsidRPr="00E15380">
        <w:rPr>
          <w:b/>
        </w:rPr>
        <w:t>IV. COMMITMENT</w:t>
      </w:r>
    </w:p>
    <w:p w14:paraId="49C6FEEC" w14:textId="77777777" w:rsidR="00F13526" w:rsidRDefault="00F13526" w:rsidP="00F13526">
      <w:pPr>
        <w:pStyle w:val="NormalWeb"/>
        <w:spacing w:before="0" w:beforeAutospacing="0" w:after="0" w:afterAutospacing="0" w:line="276" w:lineRule="auto"/>
      </w:pPr>
      <w:r>
        <w:t>The organization/enterprise commits to fully comply with regulations on fire prevention and fighting, environmental sanitation, display only the registered products/services, ensure product quality, and comply with all other relevant regulations.</w:t>
      </w:r>
    </w:p>
    <w:p w14:paraId="722E7F38" w14:textId="77777777" w:rsidR="00F13526" w:rsidRPr="003820B7" w:rsidRDefault="00F13526" w:rsidP="00E15380">
      <w:pPr>
        <w:pStyle w:val="NormalWeb"/>
        <w:spacing w:before="0" w:beforeAutospacing="0" w:after="0" w:afterAutospacing="0" w:line="276" w:lineRule="auto"/>
        <w:jc w:val="right"/>
        <w:rPr>
          <w:b/>
        </w:rPr>
      </w:pPr>
      <w:r w:rsidRPr="003820B7">
        <w:rPr>
          <w:b/>
        </w:rPr>
        <w:t>REPRESENTATIVE OF THE ORGANIZATION / ENTERPRISE</w:t>
      </w:r>
    </w:p>
    <w:p w14:paraId="7CD37F3A" w14:textId="77777777" w:rsidR="00F13526" w:rsidRDefault="003820B7" w:rsidP="00E15380">
      <w:pPr>
        <w:pStyle w:val="NormalWeb"/>
        <w:spacing w:before="0" w:beforeAutospacing="0" w:after="0" w:afterAutospacing="0" w:line="276" w:lineRule="auto"/>
        <w:jc w:val="center"/>
      </w:pPr>
      <w:r>
        <w:t xml:space="preserve">                                                </w:t>
      </w:r>
      <w:r w:rsidR="00F13526">
        <w:t>(Signature and Seal)</w:t>
      </w:r>
    </w:p>
    <w:p w14:paraId="58C4C5E3" w14:textId="77777777" w:rsidR="00102837" w:rsidRDefault="00102837" w:rsidP="0036551F">
      <w:pPr>
        <w:spacing w:after="120"/>
        <w:rPr>
          <w:rFonts w:ascii="Times New Roman" w:hAnsi="Times New Roman" w:cs="Times New Roman"/>
          <w:b/>
          <w:sz w:val="26"/>
          <w:szCs w:val="26"/>
        </w:rPr>
      </w:pPr>
    </w:p>
    <w:p w14:paraId="4B8B9940" w14:textId="77777777" w:rsidR="00A5537C" w:rsidRDefault="00A5537C" w:rsidP="0036551F">
      <w:pPr>
        <w:spacing w:after="120"/>
        <w:rPr>
          <w:rFonts w:ascii="Times New Roman" w:hAnsi="Times New Roman" w:cs="Times New Roman"/>
          <w:b/>
          <w:sz w:val="26"/>
          <w:szCs w:val="26"/>
        </w:rPr>
      </w:pPr>
    </w:p>
    <w:p w14:paraId="4DAD3C1D" w14:textId="77777777" w:rsidR="00A5537C" w:rsidRDefault="00A5537C" w:rsidP="0036551F">
      <w:pPr>
        <w:spacing w:after="120"/>
        <w:rPr>
          <w:rFonts w:ascii="Times New Roman" w:hAnsi="Times New Roman" w:cs="Times New Roman"/>
          <w:b/>
          <w:sz w:val="26"/>
          <w:szCs w:val="26"/>
        </w:rPr>
      </w:pPr>
    </w:p>
    <w:p w14:paraId="2632E23C" w14:textId="77777777" w:rsidR="00A5537C" w:rsidRDefault="00A5537C" w:rsidP="0036551F">
      <w:pPr>
        <w:spacing w:after="120"/>
        <w:rPr>
          <w:rFonts w:ascii="Times New Roman" w:hAnsi="Times New Roman" w:cs="Times New Roman"/>
          <w:b/>
          <w:sz w:val="26"/>
          <w:szCs w:val="26"/>
        </w:rPr>
      </w:pPr>
    </w:p>
    <w:p w14:paraId="5B9B1998" w14:textId="77777777" w:rsidR="00A5537C" w:rsidRDefault="00A5537C" w:rsidP="0036551F">
      <w:pPr>
        <w:spacing w:after="120"/>
        <w:rPr>
          <w:rFonts w:ascii="Times New Roman" w:hAnsi="Times New Roman" w:cs="Times New Roman"/>
          <w:b/>
          <w:sz w:val="26"/>
          <w:szCs w:val="26"/>
        </w:rPr>
      </w:pPr>
    </w:p>
    <w:p w14:paraId="584A164A" w14:textId="77777777" w:rsidR="00A5537C" w:rsidRDefault="00A5537C" w:rsidP="0036551F">
      <w:pPr>
        <w:spacing w:after="120"/>
        <w:rPr>
          <w:rFonts w:ascii="Times New Roman" w:hAnsi="Times New Roman" w:cs="Times New Roman"/>
          <w:b/>
          <w:sz w:val="26"/>
          <w:szCs w:val="26"/>
        </w:rPr>
      </w:pPr>
    </w:p>
    <w:p w14:paraId="5B2B80CA" w14:textId="77777777" w:rsidR="00A5537C" w:rsidRDefault="00A5537C" w:rsidP="00A5537C">
      <w:pPr>
        <w:pStyle w:val="Footer"/>
        <w:rPr>
          <w:i/>
          <w:lang w:val="vi-VN"/>
        </w:rPr>
      </w:pPr>
      <w:r w:rsidRPr="00B3526F">
        <w:rPr>
          <w:rFonts w:ascii="Times New Roman" w:hAnsi="Times New Roman" w:cs="Times New Roman"/>
        </w:rPr>
        <w:t>Vui lòng Phiếu đăng ký về địa chỉ Email:</w:t>
      </w:r>
      <w:r>
        <w:t xml:space="preserve"> </w:t>
      </w:r>
      <w:hyperlink r:id="rId8" w:history="1">
        <w:r w:rsidRPr="00376388">
          <w:rPr>
            <w:rStyle w:val="Hyperlink"/>
            <w:i/>
          </w:rPr>
          <w:t>songoaivucantho@gmail.com</w:t>
        </w:r>
      </w:hyperlink>
      <w:r>
        <w:rPr>
          <w:i/>
          <w:lang w:val="vi-VN"/>
        </w:rPr>
        <w:t xml:space="preserve"> </w:t>
      </w:r>
    </w:p>
    <w:p w14:paraId="2EF8B301" w14:textId="5D67A1C5" w:rsidR="00A5537C" w:rsidRPr="00845962" w:rsidRDefault="00A5537C" w:rsidP="00A5537C">
      <w:pPr>
        <w:pStyle w:val="Footer"/>
        <w:rPr>
          <w:lang w:val="vi-VN"/>
        </w:rPr>
      </w:pPr>
      <w:r w:rsidRPr="00845962">
        <w:rPr>
          <w:lang w:val="vi-VN"/>
        </w:rPr>
        <w:t xml:space="preserve">hoặc liên hệ  Bà Minh Thùy (email: </w:t>
      </w:r>
      <w:hyperlink r:id="rId9" w:history="1">
        <w:r w:rsidRPr="00845962">
          <w:rPr>
            <w:rStyle w:val="Hyperlink"/>
            <w:i/>
            <w:lang w:val="vi-VN"/>
          </w:rPr>
          <w:t>ltmthuy1@cantho.gov.vn</w:t>
        </w:r>
      </w:hyperlink>
      <w:r w:rsidRPr="00845962">
        <w:rPr>
          <w:lang w:val="vi-VN"/>
        </w:rPr>
        <w:t>)</w:t>
      </w:r>
    </w:p>
    <w:p w14:paraId="70FAA8D2" w14:textId="77777777" w:rsidR="00A5537C" w:rsidRPr="00A5537C" w:rsidRDefault="00A5537C" w:rsidP="0036551F">
      <w:pPr>
        <w:spacing w:after="120"/>
        <w:rPr>
          <w:rFonts w:ascii="Times New Roman" w:hAnsi="Times New Roman" w:cs="Times New Roman"/>
          <w:b/>
          <w:sz w:val="26"/>
          <w:szCs w:val="26"/>
          <w:lang w:val="vi-VN"/>
        </w:rPr>
      </w:pPr>
    </w:p>
    <w:sectPr w:rsidR="00A5537C" w:rsidRPr="00A5537C" w:rsidSect="00C1136E">
      <w:pgSz w:w="12240" w:h="15840"/>
      <w:pgMar w:top="568" w:right="47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9BCCB" w14:textId="77777777" w:rsidR="000C5EDF" w:rsidRDefault="000C5EDF" w:rsidP="00B3526F">
      <w:pPr>
        <w:spacing w:after="0" w:line="240" w:lineRule="auto"/>
      </w:pPr>
      <w:r>
        <w:separator/>
      </w:r>
    </w:p>
  </w:endnote>
  <w:endnote w:type="continuationSeparator" w:id="0">
    <w:p w14:paraId="50F08627" w14:textId="77777777" w:rsidR="000C5EDF" w:rsidRDefault="000C5EDF" w:rsidP="00B35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FD13D" w14:textId="77777777" w:rsidR="000C5EDF" w:rsidRDefault="000C5EDF" w:rsidP="00B3526F">
      <w:pPr>
        <w:spacing w:after="0" w:line="240" w:lineRule="auto"/>
      </w:pPr>
      <w:r>
        <w:separator/>
      </w:r>
    </w:p>
  </w:footnote>
  <w:footnote w:type="continuationSeparator" w:id="0">
    <w:p w14:paraId="0D5F2B8F" w14:textId="77777777" w:rsidR="000C5EDF" w:rsidRDefault="000C5EDF" w:rsidP="00B352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0516342">
    <w:abstractNumId w:val="8"/>
  </w:num>
  <w:num w:numId="2" w16cid:durableId="2130197635">
    <w:abstractNumId w:val="6"/>
  </w:num>
  <w:num w:numId="3" w16cid:durableId="1057585261">
    <w:abstractNumId w:val="5"/>
  </w:num>
  <w:num w:numId="4" w16cid:durableId="734665856">
    <w:abstractNumId w:val="4"/>
  </w:num>
  <w:num w:numId="5" w16cid:durableId="1272740990">
    <w:abstractNumId w:val="7"/>
  </w:num>
  <w:num w:numId="6" w16cid:durableId="1942954407">
    <w:abstractNumId w:val="3"/>
  </w:num>
  <w:num w:numId="7" w16cid:durableId="804080879">
    <w:abstractNumId w:val="2"/>
  </w:num>
  <w:num w:numId="8" w16cid:durableId="1827821209">
    <w:abstractNumId w:val="1"/>
  </w:num>
  <w:num w:numId="9" w16cid:durableId="1961960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5EDF"/>
    <w:rsid w:val="00101FC0"/>
    <w:rsid w:val="00102837"/>
    <w:rsid w:val="0015074B"/>
    <w:rsid w:val="00162480"/>
    <w:rsid w:val="002174E7"/>
    <w:rsid w:val="0029639D"/>
    <w:rsid w:val="003015BA"/>
    <w:rsid w:val="00326F90"/>
    <w:rsid w:val="00361BA2"/>
    <w:rsid w:val="0036551F"/>
    <w:rsid w:val="00372AA1"/>
    <w:rsid w:val="003820B7"/>
    <w:rsid w:val="0042379C"/>
    <w:rsid w:val="00481443"/>
    <w:rsid w:val="004E3DC1"/>
    <w:rsid w:val="006F2822"/>
    <w:rsid w:val="007A37B1"/>
    <w:rsid w:val="00845962"/>
    <w:rsid w:val="009425AF"/>
    <w:rsid w:val="009479E9"/>
    <w:rsid w:val="009D3042"/>
    <w:rsid w:val="009D71A3"/>
    <w:rsid w:val="00A133EB"/>
    <w:rsid w:val="00A5537C"/>
    <w:rsid w:val="00AA1D8D"/>
    <w:rsid w:val="00AA6C71"/>
    <w:rsid w:val="00AD70C7"/>
    <w:rsid w:val="00B26870"/>
    <w:rsid w:val="00B3526F"/>
    <w:rsid w:val="00B47730"/>
    <w:rsid w:val="00B87D1D"/>
    <w:rsid w:val="00BE1A3F"/>
    <w:rsid w:val="00C068DF"/>
    <w:rsid w:val="00C1136E"/>
    <w:rsid w:val="00C40813"/>
    <w:rsid w:val="00CB0664"/>
    <w:rsid w:val="00CC19F1"/>
    <w:rsid w:val="00D37064"/>
    <w:rsid w:val="00D70ED2"/>
    <w:rsid w:val="00DD37CC"/>
    <w:rsid w:val="00E15380"/>
    <w:rsid w:val="00E84D20"/>
    <w:rsid w:val="00E93D00"/>
    <w:rsid w:val="00EA4510"/>
    <w:rsid w:val="00F13526"/>
    <w:rsid w:val="00F70417"/>
    <w:rsid w:val="00F85BC4"/>
    <w:rsid w:val="00FA40E5"/>
    <w:rsid w:val="00FC693F"/>
    <w:rsid w:val="00F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FC2DEF"/>
  <w14:defaultImageDpi w14:val="300"/>
  <w15:docId w15:val="{73259EF2-D255-445A-8835-B541BE075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sselectedend">
    <w:name w:val="isselectedend"/>
    <w:basedOn w:val="Normal"/>
    <w:rsid w:val="00B35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B35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0283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59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9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7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ngoaivucantho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tmthuy1@cantho.gov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4BFA9A3-8347-4561-AEA2-D891B4303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Green Sophie</cp:lastModifiedBy>
  <cp:revision>4</cp:revision>
  <cp:lastPrinted>2026-08-12T05:38:00Z</cp:lastPrinted>
  <dcterms:created xsi:type="dcterms:W3CDTF">2026-07-20T02:30:00Z</dcterms:created>
  <dcterms:modified xsi:type="dcterms:W3CDTF">2026-08-16T10:57:00Z</dcterms:modified>
  <cp:category/>
</cp:coreProperties>
</file>